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C15EC" w14:textId="14DD940A" w:rsidR="00D97E4A" w:rsidRPr="00F621B1" w:rsidRDefault="00E83795" w:rsidP="00F621B1">
      <w:pPr>
        <w:pStyle w:val="Ttulo1"/>
        <w:jc w:val="center"/>
        <w:rPr>
          <w:sz w:val="22"/>
          <w:szCs w:val="22"/>
          <w:lang w:val="es-ES"/>
        </w:rPr>
      </w:pPr>
      <w:r w:rsidRPr="00F621B1"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393197CB" wp14:editId="09C79089">
                <wp:simplePos x="0" y="0"/>
                <wp:positionH relativeFrom="page">
                  <wp:posOffset>6128238</wp:posOffset>
                </wp:positionH>
                <wp:positionV relativeFrom="page">
                  <wp:posOffset>184638</wp:posOffset>
                </wp:positionV>
                <wp:extent cx="1454199" cy="81768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54199" cy="817685"/>
                          <a:chOff x="0" y="0"/>
                          <a:chExt cx="1823720" cy="11239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61" y="205448"/>
                            <a:ext cx="1078077" cy="9178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2A6139" id="Group 3" o:spid="_x0000_s1026" style="position:absolute;margin-left:482.55pt;margin-top:14.55pt;width:114.5pt;height:64.4pt;z-index:-251655168;mso-wrap-distance-left:0;mso-wrap-distance-right:0;mso-position-horizontal-relative:page;mso-position-vertical-relative:page;mso-width-relative:margin;mso-height-relative:margin" coordsize="18237,1123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452;top:2054;width:10781;height:91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">
                  <v:imagedata r:id="rId10" o:title=""/>
                </v:shape>
                <v:shape id="Image 5" o:spid="_x0000_s1028" type="#_x0000_t75" style="position:absolute;width:10331;height:5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">
                  <v:imagedata r:id="rId11" o:title=""/>
                </v:shape>
                <w10:wrap anchorx="page" anchory="page"/>
              </v:group>
            </w:pict>
          </mc:Fallback>
        </mc:AlternateContent>
      </w:r>
      <w:r w:rsidRPr="00F621B1">
        <w:rPr>
          <w:noProof/>
          <w:sz w:val="22"/>
          <w:szCs w:val="22"/>
        </w:rPr>
        <w:drawing>
          <wp:anchor distT="0" distB="0" distL="0" distR="0" simplePos="0" relativeHeight="251659264" behindDoc="0" locked="0" layoutInCell="1" allowOverlap="1" wp14:anchorId="42AD5C11" wp14:editId="40094DDD">
            <wp:simplePos x="0" y="0"/>
            <wp:positionH relativeFrom="page">
              <wp:posOffset>914400</wp:posOffset>
            </wp:positionH>
            <wp:positionV relativeFrom="page">
              <wp:posOffset>131885</wp:posOffset>
            </wp:positionV>
            <wp:extent cx="817685" cy="791307"/>
            <wp:effectExtent l="0" t="0" r="0" b="0"/>
            <wp:wrapNone/>
            <wp:docPr id="2" name="Image 2" descr="Imagen que contiene firmar, tabla, alimentos, fruta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45" cy="801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067B" w:rsidRPr="00F621B1">
        <w:rPr>
          <w:sz w:val="22"/>
          <w:szCs w:val="22"/>
          <w:lang w:val="es-ES"/>
        </w:rPr>
        <w:t>ESTANCIA</w:t>
      </w:r>
      <w:r w:rsidR="001A5B5A" w:rsidRPr="00F621B1">
        <w:rPr>
          <w:sz w:val="22"/>
          <w:szCs w:val="22"/>
          <w:lang w:val="es-ES"/>
        </w:rPr>
        <w:t xml:space="preserve"> LARGA</w:t>
      </w:r>
      <w:r w:rsidR="005F067B" w:rsidRPr="00F621B1">
        <w:rPr>
          <w:sz w:val="22"/>
          <w:szCs w:val="22"/>
          <w:lang w:val="es-ES"/>
        </w:rPr>
        <w:t xml:space="preserve"> </w:t>
      </w:r>
      <w:r w:rsidR="001A5B5A" w:rsidRPr="00F621B1">
        <w:rPr>
          <w:sz w:val="22"/>
          <w:szCs w:val="22"/>
          <w:lang w:val="es-ES"/>
        </w:rPr>
        <w:t xml:space="preserve">EN EL CENTRO OGEC GROUPE SCOLAIRE ST LOUIS DE GONZAGUE -  </w:t>
      </w:r>
      <w:r w:rsidR="00F621B1">
        <w:rPr>
          <w:sz w:val="22"/>
          <w:szCs w:val="22"/>
          <w:lang w:val="es-ES"/>
        </w:rPr>
        <w:t xml:space="preserve">    </w:t>
      </w:r>
      <w:r w:rsidR="001A5B5A" w:rsidRPr="00F621B1">
        <w:rPr>
          <w:sz w:val="22"/>
          <w:szCs w:val="22"/>
          <w:lang w:val="es-ES"/>
        </w:rPr>
        <w:t>PLEYBEN (FRANCIA)</w:t>
      </w:r>
      <w:r w:rsidR="005F067B" w:rsidRPr="00F621B1">
        <w:rPr>
          <w:sz w:val="22"/>
          <w:szCs w:val="22"/>
          <w:lang w:val="es-ES"/>
        </w:rPr>
        <w:t xml:space="preserve"> –</w:t>
      </w:r>
      <w:r w:rsidR="00801A13" w:rsidRPr="00F621B1">
        <w:rPr>
          <w:sz w:val="22"/>
          <w:szCs w:val="22"/>
          <w:lang w:val="es-ES"/>
        </w:rPr>
        <w:t>– PROGRAMA ERASMUS+</w:t>
      </w:r>
    </w:p>
    <w:p w14:paraId="4C0042D5" w14:textId="77777777" w:rsidR="00820F32" w:rsidRPr="00E83795" w:rsidRDefault="00820F32" w:rsidP="00DB4BE2">
      <w:pPr>
        <w:rPr>
          <w:rFonts w:ascii="Arial" w:hAnsi="Arial" w:cs="Arial"/>
          <w:sz w:val="18"/>
          <w:szCs w:val="18"/>
          <w:lang w:val="es-ES"/>
        </w:rPr>
      </w:pPr>
    </w:p>
    <w:p w14:paraId="141C8A7E" w14:textId="7C46D12F" w:rsidR="00820F32" w:rsidRPr="00E83795" w:rsidRDefault="00820F32" w:rsidP="00820F32">
      <w:pPr>
        <w:rPr>
          <w:rFonts w:ascii="Arial" w:hAnsi="Arial" w:cs="Arial"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 xml:space="preserve">Estimados alumnos y alumnas de </w:t>
      </w:r>
      <w:r w:rsidR="004B6DA0" w:rsidRPr="004B6DA0">
        <w:rPr>
          <w:rFonts w:ascii="Arial" w:hAnsi="Arial" w:cs="Arial"/>
          <w:b/>
          <w:bCs/>
          <w:sz w:val="18"/>
          <w:szCs w:val="18"/>
          <w:lang w:val="es-ES"/>
        </w:rPr>
        <w:t xml:space="preserve">2º y </w:t>
      </w:r>
      <w:r w:rsidRPr="004B6DA0">
        <w:rPr>
          <w:rFonts w:ascii="Arial" w:hAnsi="Arial" w:cs="Arial"/>
          <w:b/>
          <w:bCs/>
          <w:color w:val="000000" w:themeColor="text1"/>
          <w:sz w:val="18"/>
          <w:szCs w:val="18"/>
          <w:lang w:val="es-ES"/>
        </w:rPr>
        <w:t>3º de ESO</w:t>
      </w:r>
      <w:r w:rsidRPr="00E83795">
        <w:rPr>
          <w:rFonts w:ascii="Arial" w:hAnsi="Arial" w:cs="Arial"/>
          <w:sz w:val="18"/>
          <w:szCs w:val="18"/>
          <w:lang w:val="es-ES"/>
        </w:rPr>
        <w:t>:</w:t>
      </w:r>
    </w:p>
    <w:p w14:paraId="23218A00" w14:textId="42810E5E" w:rsidR="00A86693" w:rsidRPr="00A86693" w:rsidRDefault="00A86693" w:rsidP="00A86693">
      <w:pPr>
        <w:rPr>
          <w:rFonts w:ascii="Arial" w:hAnsi="Arial" w:cs="Arial"/>
          <w:sz w:val="18"/>
          <w:szCs w:val="18"/>
          <w:lang w:val="es-ES"/>
        </w:rPr>
      </w:pPr>
      <w:r w:rsidRPr="00A86693">
        <w:rPr>
          <w:rFonts w:ascii="Arial" w:hAnsi="Arial" w:cs="Arial"/>
          <w:sz w:val="18"/>
          <w:szCs w:val="18"/>
          <w:lang w:val="es-ES"/>
        </w:rPr>
        <w:t xml:space="preserve">Desde el IES </w:t>
      </w:r>
      <w:proofErr w:type="spellStart"/>
      <w:r w:rsidRPr="00A86693">
        <w:rPr>
          <w:rFonts w:ascii="Arial" w:hAnsi="Arial" w:cs="Arial"/>
          <w:sz w:val="18"/>
          <w:szCs w:val="18"/>
          <w:lang w:val="es-ES"/>
        </w:rPr>
        <w:t>Aravalle</w:t>
      </w:r>
      <w:proofErr w:type="spellEnd"/>
      <w:r w:rsidRPr="00A86693">
        <w:rPr>
          <w:rFonts w:ascii="Arial" w:hAnsi="Arial" w:cs="Arial"/>
          <w:sz w:val="18"/>
          <w:szCs w:val="18"/>
          <w:lang w:val="es-ES"/>
        </w:rPr>
        <w:t xml:space="preserve"> nos complace anunciar la convocatoria de </w:t>
      </w:r>
      <w:r w:rsidR="00E83795" w:rsidRPr="00E83795">
        <w:rPr>
          <w:rFonts w:ascii="Arial" w:hAnsi="Arial" w:cs="Arial"/>
          <w:sz w:val="18"/>
          <w:szCs w:val="18"/>
          <w:lang w:val="es-ES"/>
        </w:rPr>
        <w:t xml:space="preserve">las siguientes </w:t>
      </w:r>
      <w:r w:rsidRPr="00A86693">
        <w:rPr>
          <w:rFonts w:ascii="Arial" w:hAnsi="Arial" w:cs="Arial"/>
          <w:sz w:val="18"/>
          <w:szCs w:val="18"/>
          <w:lang w:val="es-ES"/>
        </w:rPr>
        <w:t xml:space="preserve">plazas para participar en una movilidad Erasmus+ con nuestro centro socio de </w:t>
      </w:r>
      <w:proofErr w:type="spellStart"/>
      <w:r w:rsidRPr="00A86693">
        <w:rPr>
          <w:rFonts w:ascii="Arial" w:hAnsi="Arial" w:cs="Arial"/>
          <w:sz w:val="18"/>
          <w:szCs w:val="18"/>
          <w:lang w:val="es-ES"/>
        </w:rPr>
        <w:t>Pleyben</w:t>
      </w:r>
      <w:proofErr w:type="spellEnd"/>
      <w:r w:rsidRPr="00A86693">
        <w:rPr>
          <w:rFonts w:ascii="Arial" w:hAnsi="Arial" w:cs="Arial"/>
          <w:sz w:val="18"/>
          <w:szCs w:val="18"/>
          <w:lang w:val="es-ES"/>
        </w:rPr>
        <w:t xml:space="preserve"> (Francia)</w:t>
      </w:r>
      <w:r w:rsidR="00E83795" w:rsidRPr="00E83795">
        <w:rPr>
          <w:rFonts w:ascii="Arial" w:hAnsi="Arial" w:cs="Arial"/>
          <w:sz w:val="18"/>
          <w:szCs w:val="18"/>
          <w:lang w:val="es-ES"/>
        </w:rPr>
        <w:t>:</w:t>
      </w:r>
    </w:p>
    <w:p w14:paraId="23A74B67" w14:textId="50F1D8AE" w:rsidR="00A86693" w:rsidRPr="00E83795" w:rsidRDefault="00A86693" w:rsidP="00E83795">
      <w:pPr>
        <w:pStyle w:val="Prrafodelista"/>
        <w:numPr>
          <w:ilvl w:val="0"/>
          <w:numId w:val="13"/>
        </w:numPr>
        <w:rPr>
          <w:rFonts w:ascii="Arial" w:hAnsi="Arial" w:cs="Arial"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 xml:space="preserve">4 plazas para realizar una estancia de 30 días en </w:t>
      </w:r>
      <w:proofErr w:type="spellStart"/>
      <w:r w:rsidRPr="00E83795">
        <w:rPr>
          <w:rFonts w:ascii="Arial" w:hAnsi="Arial" w:cs="Arial"/>
          <w:sz w:val="18"/>
          <w:szCs w:val="18"/>
          <w:lang w:val="es-ES"/>
        </w:rPr>
        <w:t>Pleyben</w:t>
      </w:r>
      <w:proofErr w:type="spellEnd"/>
      <w:r w:rsidRPr="00E83795">
        <w:rPr>
          <w:rFonts w:ascii="Arial" w:hAnsi="Arial" w:cs="Arial"/>
          <w:sz w:val="18"/>
          <w:szCs w:val="18"/>
          <w:lang w:val="es-ES"/>
        </w:rPr>
        <w:t xml:space="preserve"> y, posteriormente, acoger durante 30 días a un alumno francés en su hogar.</w:t>
      </w:r>
    </w:p>
    <w:p w14:paraId="6404736D" w14:textId="49D02395" w:rsidR="00A86693" w:rsidRPr="00E83795" w:rsidRDefault="00A86693" w:rsidP="00E83795">
      <w:pPr>
        <w:pStyle w:val="Prrafodelista"/>
        <w:numPr>
          <w:ilvl w:val="0"/>
          <w:numId w:val="13"/>
        </w:numPr>
        <w:rPr>
          <w:rFonts w:ascii="Arial" w:hAnsi="Arial" w:cs="Arial"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 xml:space="preserve">2 plazas para acoger durante 30 días a un alumno de </w:t>
      </w:r>
      <w:proofErr w:type="spellStart"/>
      <w:r w:rsidRPr="00E83795">
        <w:rPr>
          <w:rFonts w:ascii="Arial" w:hAnsi="Arial" w:cs="Arial"/>
          <w:sz w:val="18"/>
          <w:szCs w:val="18"/>
          <w:lang w:val="es-ES"/>
        </w:rPr>
        <w:t>Pleyben</w:t>
      </w:r>
      <w:proofErr w:type="spellEnd"/>
      <w:r w:rsidRPr="00E83795">
        <w:rPr>
          <w:rFonts w:ascii="Arial" w:hAnsi="Arial" w:cs="Arial"/>
          <w:sz w:val="18"/>
          <w:szCs w:val="18"/>
          <w:lang w:val="es-ES"/>
        </w:rPr>
        <w:t xml:space="preserve"> (sin realizar la movilidad a Francia).</w:t>
      </w:r>
    </w:p>
    <w:p w14:paraId="19CD019B" w14:textId="549138CE" w:rsidR="00A86693" w:rsidRPr="00A86693" w:rsidRDefault="00A86693" w:rsidP="00A86693">
      <w:pPr>
        <w:rPr>
          <w:rFonts w:ascii="Arial" w:hAnsi="Arial" w:cs="Arial"/>
          <w:sz w:val="18"/>
          <w:szCs w:val="18"/>
          <w:lang w:val="es-ES"/>
        </w:rPr>
      </w:pPr>
      <w:r w:rsidRPr="00A86693">
        <w:rPr>
          <w:rFonts w:ascii="Arial" w:hAnsi="Arial" w:cs="Arial"/>
          <w:sz w:val="18"/>
          <w:szCs w:val="18"/>
          <w:lang w:val="es-ES"/>
        </w:rPr>
        <w:t>Todo el alumnado interesado deberá entregar este documento debidamente cumplimentado y firmado a la coordinadora Erasmus+ del centro, Eva Sánchez (D</w:t>
      </w:r>
      <w:r w:rsidR="00F621B1">
        <w:rPr>
          <w:rFonts w:ascii="Arial" w:hAnsi="Arial" w:cs="Arial"/>
          <w:sz w:val="18"/>
          <w:szCs w:val="18"/>
          <w:lang w:val="es-ES"/>
        </w:rPr>
        <w:t>p</w:t>
      </w:r>
      <w:r w:rsidRPr="00A86693">
        <w:rPr>
          <w:rFonts w:ascii="Arial" w:hAnsi="Arial" w:cs="Arial"/>
          <w:sz w:val="18"/>
          <w:szCs w:val="18"/>
          <w:lang w:val="es-ES"/>
        </w:rPr>
        <w:t>to</w:t>
      </w:r>
      <w:r w:rsidR="00F621B1">
        <w:rPr>
          <w:rFonts w:ascii="Arial" w:hAnsi="Arial" w:cs="Arial"/>
          <w:sz w:val="18"/>
          <w:szCs w:val="18"/>
          <w:lang w:val="es-ES"/>
        </w:rPr>
        <w:t>.</w:t>
      </w:r>
      <w:r w:rsidRPr="00A86693">
        <w:rPr>
          <w:rFonts w:ascii="Arial" w:hAnsi="Arial" w:cs="Arial"/>
          <w:sz w:val="18"/>
          <w:szCs w:val="18"/>
          <w:lang w:val="es-ES"/>
        </w:rPr>
        <w:t xml:space="preserve"> de Biología), antes del 4 de junio a las 12:00 horas.</w:t>
      </w:r>
    </w:p>
    <w:p w14:paraId="68C34516" w14:textId="691264F9" w:rsidR="00A86693" w:rsidRPr="00A86693" w:rsidRDefault="00A86693" w:rsidP="00A86693">
      <w:pPr>
        <w:rPr>
          <w:rFonts w:ascii="Arial" w:hAnsi="Arial" w:cs="Arial"/>
          <w:sz w:val="18"/>
          <w:szCs w:val="18"/>
          <w:lang w:val="es-ES"/>
        </w:rPr>
      </w:pPr>
      <w:r w:rsidRPr="00A86693">
        <w:rPr>
          <w:rFonts w:ascii="Arial" w:hAnsi="Arial" w:cs="Arial"/>
          <w:sz w:val="18"/>
          <w:szCs w:val="18"/>
          <w:lang w:val="es-ES"/>
        </w:rPr>
        <w:t>Las entrevistas de selección se llevarán a cabo a partir del 8 de junio. En la web del centro se publicarán la rúbrica de selección, los horarios de las entrevistas y los baremos obtenidos por el alumnado participante.</w:t>
      </w:r>
    </w:p>
    <w:p w14:paraId="077A829F" w14:textId="62478CB5" w:rsidR="00A86693" w:rsidRPr="00E83795" w:rsidRDefault="00A86693" w:rsidP="00DB4BE2">
      <w:pPr>
        <w:rPr>
          <w:rFonts w:ascii="Arial" w:hAnsi="Arial" w:cs="Arial"/>
          <w:sz w:val="18"/>
          <w:szCs w:val="18"/>
          <w:lang w:val="es-ES"/>
        </w:rPr>
      </w:pPr>
      <w:r w:rsidRPr="00A86693">
        <w:rPr>
          <w:rFonts w:ascii="Arial" w:hAnsi="Arial" w:cs="Arial"/>
          <w:sz w:val="18"/>
          <w:szCs w:val="18"/>
          <w:lang w:val="es-ES"/>
        </w:rPr>
        <w:t>Asimismo, de forma voluntaria, los candidatos podrán presentar una carta de motivación o un vídeo en francés explicando las razones por las que desean participar en el proyecto y los objetivos personales, académicos y culturales que esperan alcanzar con esta experiencia. Este material será tenido en cuenta positivamente durante el proceso de selección.</w:t>
      </w:r>
      <w:r w:rsidR="00F621B1">
        <w:rPr>
          <w:rFonts w:ascii="Arial" w:hAnsi="Arial" w:cs="Arial"/>
          <w:sz w:val="18"/>
          <w:szCs w:val="18"/>
          <w:lang w:val="es-ES"/>
        </w:rPr>
        <w:t xml:space="preserve"> D</w:t>
      </w:r>
      <w:r w:rsidRPr="00A86693">
        <w:rPr>
          <w:rFonts w:ascii="Arial" w:hAnsi="Arial" w:cs="Arial"/>
          <w:sz w:val="18"/>
          <w:szCs w:val="18"/>
          <w:lang w:val="es-ES"/>
        </w:rPr>
        <w:t>eberá enviarse por correo electrónico a</w:t>
      </w:r>
      <w:r w:rsidR="00F621B1">
        <w:rPr>
          <w:rFonts w:ascii="Arial" w:hAnsi="Arial" w:cs="Arial"/>
          <w:sz w:val="18"/>
          <w:szCs w:val="18"/>
          <w:lang w:val="es-ES"/>
        </w:rPr>
        <w:t>ntes de la entrevista a</w:t>
      </w:r>
      <w:r w:rsidRPr="00A86693">
        <w:rPr>
          <w:rFonts w:ascii="Arial" w:hAnsi="Arial" w:cs="Arial"/>
          <w:sz w:val="18"/>
          <w:szCs w:val="18"/>
          <w:lang w:val="es-ES"/>
        </w:rPr>
        <w:t>:</w:t>
      </w:r>
      <w:r w:rsidR="00E83795" w:rsidRPr="00E83795">
        <w:rPr>
          <w:rFonts w:ascii="Arial" w:hAnsi="Arial" w:cs="Arial"/>
          <w:sz w:val="18"/>
          <w:szCs w:val="18"/>
          <w:lang w:val="es-ES"/>
        </w:rPr>
        <w:t xml:space="preserve"> </w:t>
      </w:r>
      <w:hyperlink r:id="rId13" w:history="1">
        <w:r w:rsidRPr="00A86693">
          <w:rPr>
            <w:rStyle w:val="Hipervnculo"/>
            <w:rFonts w:ascii="Arial" w:hAnsi="Arial" w:cs="Arial"/>
            <w:sz w:val="18"/>
            <w:szCs w:val="18"/>
            <w:lang w:val="es-ES"/>
          </w:rPr>
          <w:t>eva.santom.1@educa.jcyl.es</w:t>
        </w:r>
      </w:hyperlink>
    </w:p>
    <w:p w14:paraId="2374A2E7" w14:textId="2F130383" w:rsidR="00D97E4A" w:rsidRPr="00E83795" w:rsidRDefault="00801A13" w:rsidP="00DB4BE2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>────────────────────────────────────────────────────────────</w:t>
      </w:r>
    </w:p>
    <w:p w14:paraId="405BACEA" w14:textId="3F8480AF" w:rsidR="00E83795" w:rsidRPr="00E83795" w:rsidRDefault="00E83795" w:rsidP="00E83795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b/>
          <w:bCs/>
          <w:sz w:val="18"/>
          <w:szCs w:val="18"/>
          <w:lang w:val="es-ES"/>
        </w:rPr>
        <w:t>SOLICITUD DE PARTICIPACIÓN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 xml:space="preserve"> EN LA MOVILIDAD DE 30 DÍAS CON PLEYBEN</w:t>
      </w:r>
    </w:p>
    <w:p w14:paraId="1805747D" w14:textId="3D2DB714" w:rsidR="00E83795" w:rsidRPr="00E83795" w:rsidRDefault="00F621B1" w:rsidP="00F621B1">
      <w:pPr>
        <w:spacing w:line="240" w:lineRule="auto"/>
        <w:rPr>
          <w:rFonts w:ascii="Arial" w:hAnsi="Arial" w:cs="Arial"/>
          <w:sz w:val="18"/>
          <w:szCs w:val="18"/>
          <w:lang w:val="es-ES"/>
        </w:rPr>
      </w:pPr>
      <w:r>
        <w:rPr>
          <w:rFonts w:ascii="Arial" w:hAnsi="Arial" w:cs="Arial"/>
          <w:sz w:val="18"/>
          <w:szCs w:val="18"/>
          <w:lang w:val="es-ES"/>
        </w:rPr>
        <w:t xml:space="preserve">Selecciona la opción por la que deseas participar (puedes seleccionar las dos por si no eres seleccionado en la primera). </w:t>
      </w:r>
    </w:p>
    <w:p w14:paraId="0DF6CA5B" w14:textId="04BDC2CE" w:rsidR="00E83795" w:rsidRDefault="00E83795" w:rsidP="00F621B1">
      <w:pPr>
        <w:spacing w:line="240" w:lineRule="auto"/>
        <w:rPr>
          <w:rFonts w:ascii="Arial" w:hAnsi="Arial" w:cs="Arial"/>
          <w:sz w:val="18"/>
          <w:szCs w:val="18"/>
          <w:lang w:val="es-ES"/>
        </w:rPr>
      </w:pPr>
      <w:r w:rsidRPr="00F621B1">
        <w:rPr>
          <w:rFonts w:ascii="Arial" w:hAnsi="Arial" w:cs="Arial"/>
          <w:b/>
          <w:bCs/>
          <w:sz w:val="36"/>
          <w:szCs w:val="36"/>
          <w:lang w:val="es-ES"/>
        </w:rPr>
        <w:t xml:space="preserve">□ </w:t>
      </w:r>
      <w:r w:rsidRPr="00E83795">
        <w:rPr>
          <w:rFonts w:ascii="Arial" w:hAnsi="Arial" w:cs="Arial"/>
          <w:sz w:val="18"/>
          <w:szCs w:val="18"/>
          <w:lang w:val="es-ES"/>
        </w:rPr>
        <w:t>Solicito una plaza para realizar la movilidad y acoger posteriormente a un alumno o alumna francés/a.</w:t>
      </w:r>
    </w:p>
    <w:p w14:paraId="5B0397DE" w14:textId="799DDDE2" w:rsidR="00F621B1" w:rsidRDefault="00F621B1" w:rsidP="00F621B1">
      <w:pPr>
        <w:spacing w:line="240" w:lineRule="auto"/>
        <w:rPr>
          <w:rFonts w:ascii="Arial" w:hAnsi="Arial" w:cs="Arial"/>
          <w:sz w:val="18"/>
          <w:szCs w:val="18"/>
          <w:lang w:val="es-ES"/>
        </w:rPr>
      </w:pPr>
      <w:r w:rsidRPr="00F621B1">
        <w:rPr>
          <w:rFonts w:ascii="Arial" w:hAnsi="Arial" w:cs="Arial"/>
          <w:b/>
          <w:bCs/>
          <w:sz w:val="36"/>
          <w:szCs w:val="36"/>
          <w:lang w:val="es-ES"/>
        </w:rPr>
        <w:t xml:space="preserve">□ </w:t>
      </w:r>
      <w:r w:rsidRPr="00E83795">
        <w:rPr>
          <w:rFonts w:ascii="Arial" w:hAnsi="Arial" w:cs="Arial"/>
          <w:sz w:val="18"/>
          <w:szCs w:val="18"/>
          <w:lang w:val="es-ES"/>
        </w:rPr>
        <w:t>Solicito una plaza únicamente para acoger a un alumno o alumna francés/a.</w:t>
      </w:r>
    </w:p>
    <w:p w14:paraId="38563325" w14:textId="77777777" w:rsidR="00F621B1" w:rsidRPr="00E83795" w:rsidRDefault="00F621B1" w:rsidP="00F621B1">
      <w:pPr>
        <w:spacing w:line="240" w:lineRule="auto"/>
        <w:rPr>
          <w:rFonts w:ascii="Arial" w:hAnsi="Arial" w:cs="Arial"/>
          <w:sz w:val="18"/>
          <w:szCs w:val="18"/>
          <w:lang w:val="es-ES"/>
        </w:rPr>
      </w:pPr>
    </w:p>
    <w:p w14:paraId="008DC893" w14:textId="740F3AD1" w:rsidR="00D97E4A" w:rsidRPr="00E83795" w:rsidRDefault="00801A13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b/>
          <w:bCs/>
          <w:sz w:val="18"/>
          <w:szCs w:val="18"/>
          <w:lang w:val="es-ES"/>
        </w:rPr>
        <w:t>Nombre y apellidos: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>…………………………………………………………………………………………………….</w:t>
      </w:r>
    </w:p>
    <w:p w14:paraId="111A9E23" w14:textId="509184BB" w:rsidR="00E83795" w:rsidRPr="00E83795" w:rsidRDefault="00E83795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b/>
          <w:bCs/>
          <w:sz w:val="18"/>
          <w:szCs w:val="18"/>
          <w:lang w:val="es-ES"/>
        </w:rPr>
        <w:t>DNI: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>………………………………………………</w:t>
      </w:r>
    </w:p>
    <w:p w14:paraId="14C96F34" w14:textId="5E2F4DD5" w:rsidR="005F067B" w:rsidRPr="00E83795" w:rsidRDefault="005F067B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b/>
          <w:bCs/>
          <w:sz w:val="18"/>
          <w:szCs w:val="18"/>
          <w:lang w:val="es-ES"/>
        </w:rPr>
        <w:t>Teléfono</w:t>
      </w:r>
      <w:r w:rsidR="00E83795" w:rsidRPr="00E83795">
        <w:rPr>
          <w:rFonts w:ascii="Arial" w:hAnsi="Arial" w:cs="Arial"/>
          <w:b/>
          <w:bCs/>
          <w:sz w:val="18"/>
          <w:szCs w:val="18"/>
          <w:lang w:val="es-ES"/>
        </w:rPr>
        <w:t xml:space="preserve"> alumno</w:t>
      </w:r>
      <w:r w:rsidR="0097003F" w:rsidRPr="00E83795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>……………………………..</w:t>
      </w:r>
      <w:r w:rsidR="00F621B1" w:rsidRPr="00F621B1">
        <w:rPr>
          <w:rFonts w:ascii="Arial" w:hAnsi="Arial" w:cs="Arial"/>
          <w:b/>
          <w:bCs/>
          <w:sz w:val="18"/>
          <w:szCs w:val="18"/>
          <w:lang w:val="es-ES"/>
        </w:rPr>
        <w:t xml:space="preserve"> 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 xml:space="preserve">            correo </w:t>
      </w:r>
      <w:proofErr w:type="spellStart"/>
      <w:r w:rsidR="00F621B1">
        <w:rPr>
          <w:rFonts w:ascii="Arial" w:hAnsi="Arial" w:cs="Arial"/>
          <w:b/>
          <w:bCs/>
          <w:sz w:val="18"/>
          <w:szCs w:val="18"/>
          <w:lang w:val="es-ES"/>
        </w:rPr>
        <w:t>educacyl</w:t>
      </w:r>
      <w:proofErr w:type="spellEnd"/>
      <w:r w:rsidR="00F621B1" w:rsidRPr="00E83795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>………………………………...………..</w:t>
      </w:r>
      <w:r w:rsidR="00F621B1" w:rsidRPr="00E83795">
        <w:rPr>
          <w:rFonts w:ascii="Arial" w:hAnsi="Arial" w:cs="Arial"/>
          <w:b/>
          <w:bCs/>
          <w:sz w:val="18"/>
          <w:szCs w:val="18"/>
          <w:lang w:val="es-ES"/>
        </w:rPr>
        <w:t xml:space="preserve">                                    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 xml:space="preserve"> </w:t>
      </w:r>
    </w:p>
    <w:p w14:paraId="6BB8FF1E" w14:textId="5DF4D8A6" w:rsidR="00E83795" w:rsidRDefault="00E83795">
      <w:pPr>
        <w:rPr>
          <w:rFonts w:ascii="Arial" w:hAnsi="Arial" w:cs="Arial"/>
          <w:b/>
          <w:bCs/>
          <w:sz w:val="18"/>
          <w:szCs w:val="18"/>
          <w:lang w:val="es-ES"/>
        </w:rPr>
      </w:pPr>
      <w:r w:rsidRPr="00E83795">
        <w:rPr>
          <w:rFonts w:ascii="Arial" w:hAnsi="Arial" w:cs="Arial"/>
          <w:b/>
          <w:bCs/>
          <w:sz w:val="18"/>
          <w:szCs w:val="18"/>
          <w:lang w:val="es-ES"/>
        </w:rPr>
        <w:t xml:space="preserve">Teléfono </w:t>
      </w:r>
      <w:r>
        <w:rPr>
          <w:rFonts w:ascii="Arial" w:hAnsi="Arial" w:cs="Arial"/>
          <w:b/>
          <w:bCs/>
          <w:sz w:val="18"/>
          <w:szCs w:val="18"/>
          <w:lang w:val="es-ES"/>
        </w:rPr>
        <w:t xml:space="preserve">y nombre de </w:t>
      </w:r>
      <w:r w:rsidRPr="00E83795">
        <w:rPr>
          <w:rFonts w:ascii="Arial" w:hAnsi="Arial" w:cs="Arial"/>
          <w:b/>
          <w:bCs/>
          <w:sz w:val="18"/>
          <w:szCs w:val="18"/>
          <w:lang w:val="es-ES"/>
        </w:rPr>
        <w:t>padres:</w:t>
      </w:r>
      <w:r w:rsidR="00F621B1">
        <w:rPr>
          <w:rFonts w:ascii="Arial" w:hAnsi="Arial" w:cs="Arial"/>
          <w:b/>
          <w:bCs/>
          <w:sz w:val="18"/>
          <w:szCs w:val="18"/>
          <w:lang w:val="es-ES"/>
        </w:rPr>
        <w:t>………………………………………………………………………………………..</w:t>
      </w:r>
    </w:p>
    <w:p w14:paraId="152839B7" w14:textId="77777777" w:rsidR="00F621B1" w:rsidRPr="00E83795" w:rsidRDefault="00F621B1">
      <w:pPr>
        <w:rPr>
          <w:rFonts w:ascii="Arial" w:hAnsi="Arial" w:cs="Arial"/>
          <w:b/>
          <w:bCs/>
          <w:sz w:val="18"/>
          <w:szCs w:val="18"/>
          <w:lang w:val="es-ES"/>
        </w:rPr>
      </w:pPr>
    </w:p>
    <w:p w14:paraId="29CCA140" w14:textId="58D75200" w:rsidR="0097003F" w:rsidRPr="00E83795" w:rsidRDefault="007760C2">
      <w:pPr>
        <w:rPr>
          <w:rFonts w:ascii="Arial" w:hAnsi="Arial" w:cs="Arial"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>En_______________________________________ a _________ de _________</w:t>
      </w:r>
      <w:r w:rsidR="00E90508" w:rsidRPr="00E83795">
        <w:rPr>
          <w:rFonts w:ascii="Arial" w:hAnsi="Arial" w:cs="Arial"/>
          <w:sz w:val="18"/>
          <w:szCs w:val="18"/>
          <w:lang w:val="es-ES"/>
        </w:rPr>
        <w:t>___</w:t>
      </w:r>
      <w:r w:rsidRPr="00E83795">
        <w:rPr>
          <w:rFonts w:ascii="Arial" w:hAnsi="Arial" w:cs="Arial"/>
          <w:sz w:val="18"/>
          <w:szCs w:val="18"/>
          <w:lang w:val="es-ES"/>
        </w:rPr>
        <w:t xml:space="preserve">___ </w:t>
      </w:r>
      <w:proofErr w:type="spellStart"/>
      <w:r w:rsidRPr="00E83795">
        <w:rPr>
          <w:rFonts w:ascii="Arial" w:hAnsi="Arial" w:cs="Arial"/>
          <w:sz w:val="18"/>
          <w:szCs w:val="18"/>
          <w:lang w:val="es-ES"/>
        </w:rPr>
        <w:t>de</w:t>
      </w:r>
      <w:proofErr w:type="spellEnd"/>
      <w:r w:rsidRPr="00E83795">
        <w:rPr>
          <w:rFonts w:ascii="Arial" w:hAnsi="Arial" w:cs="Arial"/>
          <w:sz w:val="18"/>
          <w:szCs w:val="18"/>
          <w:lang w:val="es-ES"/>
        </w:rPr>
        <w:t xml:space="preserve"> 202</w:t>
      </w:r>
      <w:r w:rsidR="00E90508" w:rsidRPr="00E83795">
        <w:rPr>
          <w:rFonts w:ascii="Arial" w:hAnsi="Arial" w:cs="Arial"/>
          <w:sz w:val="18"/>
          <w:szCs w:val="18"/>
          <w:lang w:val="es-ES"/>
        </w:rPr>
        <w:t>6</w:t>
      </w:r>
    </w:p>
    <w:p w14:paraId="402B23CF" w14:textId="77777777" w:rsidR="00F621B1" w:rsidRDefault="00F621B1">
      <w:pPr>
        <w:rPr>
          <w:rFonts w:ascii="Arial" w:hAnsi="Arial" w:cs="Arial"/>
          <w:sz w:val="18"/>
          <w:szCs w:val="18"/>
          <w:lang w:val="es-ES"/>
        </w:rPr>
      </w:pPr>
    </w:p>
    <w:p w14:paraId="326AF195" w14:textId="5771B49F" w:rsidR="00D97E4A" w:rsidRPr="00E83795" w:rsidRDefault="00801A13" w:rsidP="00F621B1">
      <w:pPr>
        <w:jc w:val="center"/>
        <w:rPr>
          <w:rFonts w:ascii="Arial" w:hAnsi="Arial" w:cs="Arial"/>
          <w:sz w:val="18"/>
          <w:szCs w:val="18"/>
          <w:lang w:val="es-ES"/>
        </w:rPr>
      </w:pPr>
      <w:r w:rsidRPr="00E83795">
        <w:rPr>
          <w:rFonts w:ascii="Arial" w:hAnsi="Arial" w:cs="Arial"/>
          <w:sz w:val="18"/>
          <w:szCs w:val="18"/>
          <w:lang w:val="es-ES"/>
        </w:rPr>
        <w:t>Firma del alumno/a</w:t>
      </w:r>
      <w:r w:rsidR="00E90508" w:rsidRPr="00E83795">
        <w:rPr>
          <w:rFonts w:ascii="Arial" w:hAnsi="Arial" w:cs="Arial"/>
          <w:sz w:val="18"/>
          <w:szCs w:val="18"/>
          <w:lang w:val="es-ES"/>
        </w:rPr>
        <w:t xml:space="preserve">                          </w:t>
      </w:r>
      <w:r w:rsidRPr="00E83795">
        <w:rPr>
          <w:rFonts w:ascii="Arial" w:hAnsi="Arial" w:cs="Arial"/>
          <w:sz w:val="18"/>
          <w:szCs w:val="18"/>
          <w:lang w:val="es-ES"/>
        </w:rPr>
        <w:t xml:space="preserve">   Firma del padre</w:t>
      </w:r>
      <w:r w:rsidR="00E90508" w:rsidRPr="00E83795">
        <w:rPr>
          <w:rFonts w:ascii="Arial" w:hAnsi="Arial" w:cs="Arial"/>
          <w:sz w:val="18"/>
          <w:szCs w:val="18"/>
          <w:lang w:val="es-ES"/>
        </w:rPr>
        <w:t xml:space="preserve">                       Firma de la madre</w:t>
      </w:r>
    </w:p>
    <w:sectPr w:rsidR="00D97E4A" w:rsidRPr="00E83795" w:rsidSect="00034616">
      <w:head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BEFA83" w14:textId="77777777" w:rsidR="004C1DA4" w:rsidRDefault="004C1DA4" w:rsidP="00E90508">
      <w:pPr>
        <w:spacing w:after="0" w:line="240" w:lineRule="auto"/>
      </w:pPr>
      <w:r>
        <w:separator/>
      </w:r>
    </w:p>
  </w:endnote>
  <w:endnote w:type="continuationSeparator" w:id="0">
    <w:p w14:paraId="66DE4490" w14:textId="77777777" w:rsidR="004C1DA4" w:rsidRDefault="004C1DA4" w:rsidP="00E90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1D802F" w14:textId="77777777" w:rsidR="004C1DA4" w:rsidRDefault="004C1DA4" w:rsidP="00E90508">
      <w:pPr>
        <w:spacing w:after="0" w:line="240" w:lineRule="auto"/>
      </w:pPr>
      <w:r>
        <w:separator/>
      </w:r>
    </w:p>
  </w:footnote>
  <w:footnote w:type="continuationSeparator" w:id="0">
    <w:p w14:paraId="4BED9405" w14:textId="77777777" w:rsidR="004C1DA4" w:rsidRDefault="004C1DA4" w:rsidP="00E90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36A806" w14:textId="383068A2" w:rsidR="00E90508" w:rsidRDefault="00E90508">
    <w:pPr>
      <w:pStyle w:val="Encabezado"/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42AD12A" wp14:editId="27D6E3A5">
          <wp:simplePos x="0" y="0"/>
          <wp:positionH relativeFrom="page">
            <wp:posOffset>2245995</wp:posOffset>
          </wp:positionH>
          <wp:positionV relativeFrom="page">
            <wp:posOffset>136185</wp:posOffset>
          </wp:positionV>
          <wp:extent cx="3409949" cy="71437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09949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1C12DD"/>
    <w:multiLevelType w:val="hybridMultilevel"/>
    <w:tmpl w:val="CD8855D2"/>
    <w:lvl w:ilvl="0" w:tplc="4710C6EC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59606D1"/>
    <w:multiLevelType w:val="hybridMultilevel"/>
    <w:tmpl w:val="6488524C"/>
    <w:lvl w:ilvl="0" w:tplc="A4B42860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FBD7182"/>
    <w:multiLevelType w:val="hybridMultilevel"/>
    <w:tmpl w:val="CDC2470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A073464"/>
    <w:multiLevelType w:val="hybridMultilevel"/>
    <w:tmpl w:val="428E9A96"/>
    <w:lvl w:ilvl="0" w:tplc="A4B42860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2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3D6"/>
    <w:rsid w:val="0006063C"/>
    <w:rsid w:val="00077959"/>
    <w:rsid w:val="00087CBD"/>
    <w:rsid w:val="000B747B"/>
    <w:rsid w:val="0015074B"/>
    <w:rsid w:val="00154E39"/>
    <w:rsid w:val="001A57CE"/>
    <w:rsid w:val="001A5B5A"/>
    <w:rsid w:val="001C6579"/>
    <w:rsid w:val="00212027"/>
    <w:rsid w:val="00227286"/>
    <w:rsid w:val="00253A06"/>
    <w:rsid w:val="0029639D"/>
    <w:rsid w:val="00326F90"/>
    <w:rsid w:val="003C0A9A"/>
    <w:rsid w:val="004025D4"/>
    <w:rsid w:val="004A55DF"/>
    <w:rsid w:val="004B6DA0"/>
    <w:rsid w:val="004C1DA4"/>
    <w:rsid w:val="004C69ED"/>
    <w:rsid w:val="004E059E"/>
    <w:rsid w:val="0052445F"/>
    <w:rsid w:val="0052476E"/>
    <w:rsid w:val="005F067B"/>
    <w:rsid w:val="007760C2"/>
    <w:rsid w:val="00801A13"/>
    <w:rsid w:val="00820F32"/>
    <w:rsid w:val="0097003F"/>
    <w:rsid w:val="009755B6"/>
    <w:rsid w:val="00A86693"/>
    <w:rsid w:val="00AA1D8D"/>
    <w:rsid w:val="00B47730"/>
    <w:rsid w:val="00B5635C"/>
    <w:rsid w:val="00CB0664"/>
    <w:rsid w:val="00CC7258"/>
    <w:rsid w:val="00CF6973"/>
    <w:rsid w:val="00D97E4A"/>
    <w:rsid w:val="00DB4BE2"/>
    <w:rsid w:val="00E83795"/>
    <w:rsid w:val="00E90508"/>
    <w:rsid w:val="00EE1483"/>
    <w:rsid w:val="00F621B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3E83A9"/>
  <w14:defaultImageDpi w14:val="300"/>
  <w15:docId w15:val="{FC5A97BA-2AD2-2D47-A0B1-26FEABA4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4A55D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55DF"/>
    <w:rPr>
      <w:rFonts w:ascii="Times New Roman" w:hAnsi="Times New Roman" w:cs="Times New Roman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4BE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4BE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E837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eva.santom.1@educa.jcyl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758340-B173-3848-A8F1-9374148F7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365</Words>
  <Characters>2009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EVA SANCHEZ TOME</cp:lastModifiedBy>
  <cp:revision>20</cp:revision>
  <cp:lastPrinted>2025-09-22T10:47:00Z</cp:lastPrinted>
  <dcterms:created xsi:type="dcterms:W3CDTF">2025-09-22T10:47:00Z</dcterms:created>
  <dcterms:modified xsi:type="dcterms:W3CDTF">2026-06-02T09:04:00Z</dcterms:modified>
  <cp:category/>
</cp:coreProperties>
</file>