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C15EC" w14:textId="128D141B" w:rsidR="00D97E4A" w:rsidRPr="00820F32" w:rsidRDefault="00820F32" w:rsidP="00820F32">
      <w:pPr>
        <w:pStyle w:val="Ttulo1"/>
        <w:jc w:val="center"/>
        <w:rPr>
          <w:sz w:val="24"/>
          <w:szCs w:val="24"/>
          <w:lang w:val="es-ES"/>
        </w:rPr>
      </w:pPr>
      <w:r w:rsidRPr="00820F32">
        <w:rPr>
          <w:noProof/>
          <w:sz w:val="24"/>
          <w:szCs w:val="24"/>
        </w:rPr>
        <mc:AlternateContent>
          <mc:Choice Requires="wpg">
            <w:drawing>
              <wp:anchor distT="0" distB="0" distL="0" distR="0" simplePos="0" relativeHeight="251661312" behindDoc="1" locked="0" layoutInCell="1" allowOverlap="1" wp14:anchorId="393197CB" wp14:editId="209344DF">
                <wp:simplePos x="0" y="0"/>
                <wp:positionH relativeFrom="page">
                  <wp:posOffset>5600609</wp:posOffset>
                </wp:positionH>
                <wp:positionV relativeFrom="page">
                  <wp:posOffset>293914</wp:posOffset>
                </wp:positionV>
                <wp:extent cx="1823720" cy="112395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3720" cy="1123950"/>
                          <a:chOff x="0" y="0"/>
                          <a:chExt cx="1823720" cy="1123950"/>
                        </a:xfrm>
                      </wpg:grpSpPr>
                      <pic:pic xmlns:pic="http://schemas.openxmlformats.org/drawingml/2006/picture">
                        <pic:nvPicPr>
                          <pic:cNvPr id="4" name="Image 4"/>
                          <pic:cNvPicPr/>
                        </pic:nvPicPr>
                        <pic:blipFill>
                          <a:blip r:embed="rId8" cstate="print"/>
                          <a:stretch>
                            <a:fillRect/>
                          </a:stretch>
                        </pic:blipFill>
                        <pic:spPr>
                          <a:xfrm>
                            <a:off x="745261" y="205448"/>
                            <a:ext cx="1078077" cy="917877"/>
                          </a:xfrm>
                          <a:prstGeom prst="rect">
                            <a:avLst/>
                          </a:prstGeom>
                        </pic:spPr>
                      </pic:pic>
                      <pic:pic xmlns:pic="http://schemas.openxmlformats.org/drawingml/2006/picture">
                        <pic:nvPicPr>
                          <pic:cNvPr id="5" name="Image 5"/>
                          <pic:cNvPicPr/>
                        </pic:nvPicPr>
                        <pic:blipFill>
                          <a:blip r:embed="rId9" cstate="print"/>
                          <a:stretch>
                            <a:fillRect/>
                          </a:stretch>
                        </pic:blipFill>
                        <pic:spPr>
                          <a:xfrm>
                            <a:off x="0" y="0"/>
                            <a:ext cx="1033145" cy="581025"/>
                          </a:xfrm>
                          <a:prstGeom prst="rect">
                            <a:avLst/>
                          </a:prstGeom>
                        </pic:spPr>
                      </pic:pic>
                    </wpg:wgp>
                  </a:graphicData>
                </a:graphic>
              </wp:anchor>
            </w:drawing>
          </mc:Choice>
          <mc:Fallback>
            <w:pict>
              <v:group w14:anchorId="1DA32FAE" id="Group 3" o:spid="_x0000_s1026" style="position:absolute;margin-left:441pt;margin-top:23.15pt;width:143.6pt;height:88.5pt;z-index:-251655168;mso-wrap-distance-left:0;mso-wrap-distance-right:0;mso-position-horizontal-relative:page;mso-position-vertical-relative:page" coordsize="18237,11239" o:gfxdata="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left:7452;top:2054;width:10781;height:917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">
                  <v:imagedata r:id="rId10" o:title=""/>
                </v:shape>
                <v:shape id="Image 5" o:spid="_x0000_s1028" type="#_x0000_t75" style="position:absolute;width:10331;height:58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">
                  <v:imagedata r:id="rId11" o:title=""/>
                </v:shape>
                <w10:wrap anchorx="page" anchory="page"/>
              </v:group>
            </w:pict>
          </mc:Fallback>
        </mc:AlternateContent>
      </w:r>
      <w:r w:rsidRPr="00820F32">
        <w:rPr>
          <w:noProof/>
          <w:sz w:val="24"/>
          <w:szCs w:val="24"/>
        </w:rPr>
        <w:drawing>
          <wp:anchor distT="0" distB="0" distL="0" distR="0" simplePos="0" relativeHeight="251659264" behindDoc="0" locked="0" layoutInCell="1" allowOverlap="1" wp14:anchorId="42AD5C11" wp14:editId="1C353A47">
            <wp:simplePos x="0" y="0"/>
            <wp:positionH relativeFrom="page">
              <wp:posOffset>595993</wp:posOffset>
            </wp:positionH>
            <wp:positionV relativeFrom="page">
              <wp:posOffset>424542</wp:posOffset>
            </wp:positionV>
            <wp:extent cx="1103553" cy="1103846"/>
            <wp:effectExtent l="0" t="0" r="0" b="0"/>
            <wp:wrapNone/>
            <wp:docPr id="2" name="Image 2" descr="Imagen que contiene firmar, tabla, alimentos, fruta&#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2" cstate="print"/>
                    <a:stretch>
                      <a:fillRect/>
                    </a:stretch>
                  </pic:blipFill>
                  <pic:spPr>
                    <a:xfrm>
                      <a:off x="0" y="0"/>
                      <a:ext cx="1103553" cy="1103846"/>
                    </a:xfrm>
                    <a:prstGeom prst="rect">
                      <a:avLst/>
                    </a:prstGeom>
                  </pic:spPr>
                </pic:pic>
              </a:graphicData>
            </a:graphic>
          </wp:anchor>
        </w:drawing>
      </w:r>
      <w:r w:rsidR="005F067B" w:rsidRPr="00820F32">
        <w:rPr>
          <w:sz w:val="24"/>
          <w:szCs w:val="24"/>
          <w:lang w:val="es-ES"/>
        </w:rPr>
        <w:t>ESTANCIA EN FRANCIA – CURSO 26/2</w:t>
      </w:r>
      <w:r w:rsidR="00212027">
        <w:rPr>
          <w:sz w:val="24"/>
          <w:szCs w:val="24"/>
          <w:lang w:val="es-ES"/>
        </w:rPr>
        <w:t>7</w:t>
      </w:r>
      <w:r w:rsidR="00801A13" w:rsidRPr="00820F32">
        <w:rPr>
          <w:sz w:val="24"/>
          <w:szCs w:val="24"/>
          <w:lang w:val="es-ES"/>
        </w:rPr>
        <w:t xml:space="preserve"> – PROGRAMA ERASMUS+</w:t>
      </w:r>
    </w:p>
    <w:p w14:paraId="4C0042D5" w14:textId="77777777" w:rsidR="00820F32" w:rsidRPr="00E90508" w:rsidRDefault="00820F32" w:rsidP="00DB4BE2">
      <w:pPr>
        <w:rPr>
          <w:rFonts w:ascii="Arial" w:hAnsi="Arial" w:cs="Arial"/>
          <w:sz w:val="20"/>
          <w:szCs w:val="20"/>
          <w:lang w:val="es-ES"/>
        </w:rPr>
      </w:pPr>
    </w:p>
    <w:p w14:paraId="141C8A7E" w14:textId="77777777" w:rsidR="00820F32" w:rsidRPr="00820F32" w:rsidRDefault="00820F32" w:rsidP="00820F32">
      <w:pPr>
        <w:rPr>
          <w:rFonts w:ascii="Arial" w:hAnsi="Arial" w:cs="Arial"/>
          <w:sz w:val="20"/>
          <w:szCs w:val="20"/>
          <w:lang w:val="es-ES"/>
        </w:rPr>
      </w:pPr>
      <w:r w:rsidRPr="00820F32">
        <w:rPr>
          <w:rFonts w:ascii="Arial" w:hAnsi="Arial" w:cs="Arial"/>
          <w:sz w:val="20"/>
          <w:szCs w:val="20"/>
          <w:lang w:val="es-ES"/>
        </w:rPr>
        <w:t>Estimados alumnos y alumnas de 3.º y 4.º de ESO:</w:t>
      </w:r>
    </w:p>
    <w:p w14:paraId="3DE7D4E9" w14:textId="01DFCCAF" w:rsidR="001A57CE" w:rsidRPr="004E059E" w:rsidRDefault="00820F32" w:rsidP="00820F32">
      <w:pPr>
        <w:rPr>
          <w:rFonts w:ascii="Arial" w:hAnsi="Arial" w:cs="Arial"/>
          <w:b/>
          <w:bCs/>
          <w:sz w:val="20"/>
          <w:szCs w:val="20"/>
          <w:lang w:val="es-ES"/>
        </w:rPr>
      </w:pPr>
      <w:r w:rsidRPr="00820F32">
        <w:rPr>
          <w:rFonts w:ascii="Arial" w:hAnsi="Arial" w:cs="Arial"/>
          <w:sz w:val="20"/>
          <w:szCs w:val="20"/>
          <w:lang w:val="es-ES"/>
        </w:rPr>
        <w:t xml:space="preserve">Desde el IES </w:t>
      </w:r>
      <w:proofErr w:type="spellStart"/>
      <w:r w:rsidRPr="00820F32">
        <w:rPr>
          <w:rFonts w:ascii="Arial" w:hAnsi="Arial" w:cs="Arial"/>
          <w:sz w:val="20"/>
          <w:szCs w:val="20"/>
          <w:lang w:val="es-ES"/>
        </w:rPr>
        <w:t>Aravalle</w:t>
      </w:r>
      <w:proofErr w:type="spellEnd"/>
      <w:r w:rsidRPr="00820F32">
        <w:rPr>
          <w:rFonts w:ascii="Arial" w:hAnsi="Arial" w:cs="Arial"/>
          <w:sz w:val="20"/>
          <w:szCs w:val="20"/>
          <w:lang w:val="es-ES"/>
        </w:rPr>
        <w:t xml:space="preserve"> nos complace anunciar la convocatoria de dos plazas para realizar el </w:t>
      </w:r>
      <w:r w:rsidRPr="00820F32">
        <w:rPr>
          <w:rFonts w:ascii="Arial" w:hAnsi="Arial" w:cs="Arial"/>
          <w:b/>
          <w:bCs/>
          <w:sz w:val="20"/>
          <w:szCs w:val="20"/>
          <w:lang w:val="es-ES"/>
        </w:rPr>
        <w:t>curso escolar completo</w:t>
      </w:r>
      <w:r w:rsidRPr="00820F32">
        <w:rPr>
          <w:rFonts w:ascii="Arial" w:hAnsi="Arial" w:cs="Arial"/>
          <w:sz w:val="20"/>
          <w:szCs w:val="20"/>
          <w:lang w:val="es-ES"/>
        </w:rPr>
        <w:t xml:space="preserve"> 2026/2027 en institutos de Francia, dentro del programa </w:t>
      </w:r>
      <w:r w:rsidRPr="004E059E">
        <w:rPr>
          <w:rFonts w:ascii="Arial" w:hAnsi="Arial" w:cs="Arial"/>
          <w:b/>
          <w:bCs/>
          <w:sz w:val="20"/>
          <w:szCs w:val="20"/>
          <w:lang w:val="es-ES"/>
        </w:rPr>
        <w:t>Erasmus+.</w:t>
      </w:r>
    </w:p>
    <w:p w14:paraId="7911973F" w14:textId="01BC077B" w:rsidR="00820F32" w:rsidRDefault="00820F32" w:rsidP="00820F32">
      <w:pPr>
        <w:rPr>
          <w:rFonts w:ascii="Arial" w:hAnsi="Arial" w:cs="Arial"/>
          <w:sz w:val="20"/>
          <w:szCs w:val="20"/>
          <w:lang w:val="es-ES"/>
        </w:rPr>
      </w:pPr>
      <w:r w:rsidRPr="00820F32">
        <w:rPr>
          <w:rFonts w:ascii="Arial" w:hAnsi="Arial" w:cs="Arial"/>
          <w:sz w:val="20"/>
          <w:szCs w:val="20"/>
          <w:lang w:val="es-ES"/>
        </w:rPr>
        <w:t>Los centros educativos de acogida se comunicarán próximamente una vez finalizado el proceso de asignación.</w:t>
      </w:r>
    </w:p>
    <w:p w14:paraId="2577AC1D" w14:textId="781EA3B1" w:rsidR="001A57CE" w:rsidRDefault="001A57CE" w:rsidP="00820F32">
      <w:pPr>
        <w:rPr>
          <w:rFonts w:ascii="Arial" w:hAnsi="Arial" w:cs="Arial"/>
          <w:sz w:val="20"/>
          <w:szCs w:val="20"/>
          <w:lang w:val="es-ES"/>
        </w:rPr>
      </w:pPr>
      <w:r>
        <w:rPr>
          <w:rFonts w:ascii="Arial" w:hAnsi="Arial" w:cs="Arial"/>
          <w:sz w:val="20"/>
          <w:szCs w:val="20"/>
          <w:lang w:val="es-ES"/>
        </w:rPr>
        <w:t xml:space="preserve">En jefatura de estudios podéis obtener información sobre la </w:t>
      </w:r>
      <w:r w:rsidRPr="004E059E">
        <w:rPr>
          <w:rFonts w:ascii="Arial" w:hAnsi="Arial" w:cs="Arial"/>
          <w:b/>
          <w:bCs/>
          <w:sz w:val="20"/>
          <w:szCs w:val="20"/>
          <w:lang w:val="es-ES"/>
        </w:rPr>
        <w:t>convalidación</w:t>
      </w:r>
      <w:r>
        <w:rPr>
          <w:rFonts w:ascii="Arial" w:hAnsi="Arial" w:cs="Arial"/>
          <w:sz w:val="20"/>
          <w:szCs w:val="20"/>
          <w:lang w:val="es-ES"/>
        </w:rPr>
        <w:t xml:space="preserve"> de las asignaturas cursadas durante la estancia en Francia.</w:t>
      </w:r>
    </w:p>
    <w:p w14:paraId="6C126EAF" w14:textId="39A41898" w:rsidR="00077959" w:rsidRPr="00820F32" w:rsidRDefault="00077959" w:rsidP="00820F32">
      <w:pPr>
        <w:rPr>
          <w:rFonts w:ascii="Arial" w:hAnsi="Arial" w:cs="Arial"/>
          <w:sz w:val="20"/>
          <w:szCs w:val="20"/>
          <w:lang w:val="es-ES"/>
        </w:rPr>
      </w:pPr>
      <w:r>
        <w:rPr>
          <w:rFonts w:ascii="Arial" w:hAnsi="Arial" w:cs="Arial"/>
          <w:sz w:val="20"/>
          <w:szCs w:val="20"/>
          <w:lang w:val="es-ES"/>
        </w:rPr>
        <w:t>El proceso está subvencionado por el programa Erasmus+, pero las familias deberán asumir una aportación económica mensual a</w:t>
      </w:r>
      <w:r w:rsidR="0097003F">
        <w:rPr>
          <w:rFonts w:ascii="Arial" w:hAnsi="Arial" w:cs="Arial"/>
          <w:sz w:val="20"/>
          <w:szCs w:val="20"/>
          <w:lang w:val="es-ES"/>
        </w:rPr>
        <w:t>ún por</w:t>
      </w:r>
      <w:r>
        <w:rPr>
          <w:rFonts w:ascii="Arial" w:hAnsi="Arial" w:cs="Arial"/>
          <w:sz w:val="20"/>
          <w:szCs w:val="20"/>
          <w:lang w:val="es-ES"/>
        </w:rPr>
        <w:t xml:space="preserve"> determinar</w:t>
      </w:r>
      <w:r w:rsidR="00B5635C">
        <w:rPr>
          <w:rFonts w:ascii="Arial" w:hAnsi="Arial" w:cs="Arial"/>
          <w:sz w:val="20"/>
          <w:szCs w:val="20"/>
          <w:lang w:val="es-ES"/>
        </w:rPr>
        <w:t xml:space="preserve"> para los gastos de manutención</w:t>
      </w:r>
      <w:r w:rsidR="0097003F">
        <w:rPr>
          <w:rFonts w:ascii="Arial" w:hAnsi="Arial" w:cs="Arial"/>
          <w:sz w:val="20"/>
          <w:szCs w:val="20"/>
          <w:lang w:val="es-ES"/>
        </w:rPr>
        <w:t>.</w:t>
      </w:r>
    </w:p>
    <w:p w14:paraId="32E43769" w14:textId="77777777" w:rsidR="00820F32" w:rsidRPr="00820F32" w:rsidRDefault="00820F32" w:rsidP="00820F32">
      <w:pPr>
        <w:rPr>
          <w:rFonts w:ascii="Arial" w:hAnsi="Arial" w:cs="Arial"/>
          <w:sz w:val="20"/>
          <w:szCs w:val="20"/>
          <w:lang w:val="es-ES"/>
        </w:rPr>
      </w:pPr>
      <w:r w:rsidRPr="00820F32">
        <w:rPr>
          <w:rFonts w:ascii="Arial" w:hAnsi="Arial" w:cs="Arial"/>
          <w:sz w:val="20"/>
          <w:szCs w:val="20"/>
          <w:lang w:val="es-ES"/>
        </w:rPr>
        <w:t xml:space="preserve">Todo el alumnado interesado deberá entregar este documento debidamente firmado a la coordinadora Erasmus+ del centro, Eva Sánchez Tomé (profesora del Departamento de Biología y Geología), antes del día </w:t>
      </w:r>
      <w:r w:rsidRPr="00820F32">
        <w:rPr>
          <w:rFonts w:ascii="Arial" w:hAnsi="Arial" w:cs="Arial"/>
          <w:b/>
          <w:bCs/>
          <w:sz w:val="20"/>
          <w:szCs w:val="20"/>
          <w:lang w:val="es-ES"/>
        </w:rPr>
        <w:t>15 de mayo a las 14:00 horas</w:t>
      </w:r>
      <w:r w:rsidRPr="00820F32">
        <w:rPr>
          <w:rFonts w:ascii="Arial" w:hAnsi="Arial" w:cs="Arial"/>
          <w:sz w:val="20"/>
          <w:szCs w:val="20"/>
          <w:lang w:val="es-ES"/>
        </w:rPr>
        <w:t>.</w:t>
      </w:r>
    </w:p>
    <w:p w14:paraId="782E83CB" w14:textId="368E7C8A" w:rsidR="00820F32" w:rsidRPr="00820F32" w:rsidRDefault="00820F32" w:rsidP="00820F32">
      <w:pPr>
        <w:rPr>
          <w:rFonts w:ascii="Arial" w:hAnsi="Arial" w:cs="Arial"/>
          <w:sz w:val="20"/>
          <w:szCs w:val="20"/>
          <w:lang w:val="es-ES"/>
        </w:rPr>
      </w:pPr>
      <w:r w:rsidRPr="00820F32">
        <w:rPr>
          <w:rFonts w:ascii="Arial" w:hAnsi="Arial" w:cs="Arial"/>
          <w:sz w:val="20"/>
          <w:szCs w:val="20"/>
          <w:lang w:val="es-ES"/>
        </w:rPr>
        <w:t>Las entrevistas de selección se realizarán el día 19 de mayo. En la página web del centro se encuentra disponible la rúbrica que se utilizará para la selección del alumnado participante.</w:t>
      </w:r>
    </w:p>
    <w:p w14:paraId="2B82FBFB" w14:textId="4EC36C99" w:rsidR="00820F32" w:rsidRPr="00820F32" w:rsidRDefault="00820F32" w:rsidP="00820F32">
      <w:pPr>
        <w:rPr>
          <w:rFonts w:ascii="Arial" w:hAnsi="Arial" w:cs="Arial"/>
          <w:sz w:val="20"/>
          <w:szCs w:val="20"/>
          <w:lang w:val="es-ES"/>
        </w:rPr>
      </w:pPr>
      <w:r w:rsidRPr="00820F32">
        <w:rPr>
          <w:rFonts w:ascii="Arial" w:hAnsi="Arial" w:cs="Arial"/>
          <w:sz w:val="20"/>
          <w:szCs w:val="20"/>
          <w:lang w:val="es-ES"/>
        </w:rPr>
        <w:t xml:space="preserve">Asimismo, los alumnos y alumnas podrán presentar voluntariamente un </w:t>
      </w:r>
      <w:r w:rsidRPr="00820F32">
        <w:rPr>
          <w:rFonts w:ascii="Arial" w:hAnsi="Arial" w:cs="Arial"/>
          <w:b/>
          <w:bCs/>
          <w:sz w:val="20"/>
          <w:szCs w:val="20"/>
          <w:lang w:val="es-ES"/>
        </w:rPr>
        <w:t xml:space="preserve">vídeo o una carta de motivación </w:t>
      </w:r>
      <w:r w:rsidR="001A57CE">
        <w:rPr>
          <w:rFonts w:ascii="Arial" w:hAnsi="Arial" w:cs="Arial"/>
          <w:b/>
          <w:bCs/>
          <w:sz w:val="20"/>
          <w:szCs w:val="20"/>
          <w:lang w:val="es-ES"/>
        </w:rPr>
        <w:t xml:space="preserve">en francés </w:t>
      </w:r>
      <w:r w:rsidRPr="00820F32">
        <w:rPr>
          <w:rFonts w:ascii="Arial" w:hAnsi="Arial" w:cs="Arial"/>
          <w:sz w:val="20"/>
          <w:szCs w:val="20"/>
          <w:lang w:val="es-ES"/>
        </w:rPr>
        <w:t>en la que expliquen su interés por participar en el proyecto, así como los objetivos personales y académicos que esperan alcanzar con esta experiencia. Este material será valorado positivamente durante el proceso de selección.</w:t>
      </w:r>
    </w:p>
    <w:p w14:paraId="0626D346" w14:textId="0E880EA9" w:rsidR="00820F32" w:rsidRDefault="00820F32" w:rsidP="00820F32">
      <w:pPr>
        <w:rPr>
          <w:rFonts w:ascii="Arial" w:hAnsi="Arial" w:cs="Arial"/>
          <w:sz w:val="20"/>
          <w:szCs w:val="20"/>
          <w:lang w:val="es-ES"/>
        </w:rPr>
      </w:pPr>
      <w:r w:rsidRPr="00820F32">
        <w:rPr>
          <w:rFonts w:ascii="Arial" w:hAnsi="Arial" w:cs="Arial"/>
          <w:sz w:val="20"/>
          <w:szCs w:val="20"/>
          <w:lang w:val="es-ES"/>
        </w:rPr>
        <w:t xml:space="preserve">La carta o el vídeo deberán enviarse por correo electrónico a: </w:t>
      </w:r>
      <w:hyperlink r:id="rId13" w:history="1">
        <w:r w:rsidRPr="00680A4A">
          <w:rPr>
            <w:rStyle w:val="Hipervnculo"/>
            <w:rFonts w:ascii="Arial" w:hAnsi="Arial" w:cs="Arial"/>
            <w:sz w:val="20"/>
            <w:szCs w:val="20"/>
            <w:lang w:val="es-ES"/>
          </w:rPr>
          <w:t>eva.santom.1@educa.jcyl.es</w:t>
        </w:r>
      </w:hyperlink>
    </w:p>
    <w:p w14:paraId="2374A2E7" w14:textId="3C442F5C" w:rsidR="00D97E4A" w:rsidRPr="00E90508" w:rsidRDefault="00801A13" w:rsidP="00DB4BE2">
      <w:pPr>
        <w:rPr>
          <w:rFonts w:ascii="Arial" w:hAnsi="Arial" w:cs="Arial"/>
          <w:b/>
          <w:bCs/>
          <w:sz w:val="20"/>
          <w:szCs w:val="20"/>
          <w:lang w:val="es-ES"/>
        </w:rPr>
      </w:pPr>
      <w:r w:rsidRPr="00E90508">
        <w:rPr>
          <w:rFonts w:ascii="Arial" w:hAnsi="Arial" w:cs="Arial"/>
          <w:sz w:val="20"/>
          <w:szCs w:val="20"/>
          <w:lang w:val="es-ES"/>
        </w:rPr>
        <w:t>────────────────────────────────────────────────────────────</w:t>
      </w:r>
    </w:p>
    <w:p w14:paraId="534E5E8A" w14:textId="1F82D3D0" w:rsidR="007760C2" w:rsidRPr="00E90508" w:rsidRDefault="00E90508" w:rsidP="007760C2">
      <w:pPr>
        <w:rPr>
          <w:rFonts w:ascii="Arial" w:hAnsi="Arial" w:cs="Arial"/>
          <w:sz w:val="20"/>
          <w:szCs w:val="20"/>
          <w:lang w:val="es-ES"/>
        </w:rPr>
      </w:pPr>
      <w:r w:rsidRPr="00E90508">
        <w:rPr>
          <w:rFonts w:ascii="Arial" w:hAnsi="Arial" w:cs="Arial"/>
          <w:sz w:val="20"/>
          <w:szCs w:val="20"/>
          <w:lang w:val="es-ES"/>
        </w:rPr>
        <w:t>Estoy interesado en participar en el proceso de selección de alumnos para participar en la movilidad de todo el curso en centros franceses para el curso 2</w:t>
      </w:r>
      <w:r w:rsidR="0097003F">
        <w:rPr>
          <w:rFonts w:ascii="Arial" w:hAnsi="Arial" w:cs="Arial"/>
          <w:sz w:val="20"/>
          <w:szCs w:val="20"/>
          <w:lang w:val="es-ES"/>
        </w:rPr>
        <w:t>02</w:t>
      </w:r>
      <w:r w:rsidRPr="00E90508">
        <w:rPr>
          <w:rFonts w:ascii="Arial" w:hAnsi="Arial" w:cs="Arial"/>
          <w:sz w:val="20"/>
          <w:szCs w:val="20"/>
          <w:lang w:val="es-ES"/>
        </w:rPr>
        <w:t>6/</w:t>
      </w:r>
      <w:r w:rsidR="0097003F">
        <w:rPr>
          <w:rFonts w:ascii="Arial" w:hAnsi="Arial" w:cs="Arial"/>
          <w:sz w:val="20"/>
          <w:szCs w:val="20"/>
          <w:lang w:val="es-ES"/>
        </w:rPr>
        <w:t>20</w:t>
      </w:r>
      <w:r w:rsidRPr="00E90508">
        <w:rPr>
          <w:rFonts w:ascii="Arial" w:hAnsi="Arial" w:cs="Arial"/>
          <w:sz w:val="20"/>
          <w:szCs w:val="20"/>
          <w:lang w:val="es-ES"/>
        </w:rPr>
        <w:t>27</w:t>
      </w:r>
    </w:p>
    <w:p w14:paraId="008DC893" w14:textId="0623CEA0" w:rsidR="00D97E4A" w:rsidRPr="00CF6973" w:rsidRDefault="00801A13">
      <w:pPr>
        <w:rPr>
          <w:rFonts w:ascii="Arial" w:hAnsi="Arial" w:cs="Arial"/>
          <w:b/>
          <w:bCs/>
          <w:sz w:val="20"/>
          <w:szCs w:val="20"/>
          <w:lang w:val="es-ES"/>
        </w:rPr>
      </w:pPr>
      <w:r w:rsidRPr="00CF6973">
        <w:rPr>
          <w:rFonts w:ascii="Arial" w:hAnsi="Arial" w:cs="Arial"/>
          <w:b/>
          <w:bCs/>
          <w:sz w:val="20"/>
          <w:szCs w:val="20"/>
          <w:lang w:val="es-ES"/>
        </w:rPr>
        <w:t>Nombre y apellidos:</w:t>
      </w:r>
    </w:p>
    <w:p w14:paraId="3CDF276E" w14:textId="27470AEC" w:rsidR="005F067B" w:rsidRPr="00CF6973" w:rsidRDefault="005F067B">
      <w:pPr>
        <w:rPr>
          <w:rFonts w:ascii="Arial" w:hAnsi="Arial" w:cs="Arial"/>
          <w:b/>
          <w:bCs/>
          <w:sz w:val="20"/>
          <w:szCs w:val="20"/>
          <w:lang w:val="es-ES"/>
        </w:rPr>
      </w:pPr>
      <w:r w:rsidRPr="00CF6973">
        <w:rPr>
          <w:rFonts w:ascii="Arial" w:hAnsi="Arial" w:cs="Arial"/>
          <w:b/>
          <w:bCs/>
          <w:sz w:val="20"/>
          <w:szCs w:val="20"/>
          <w:lang w:val="es-ES"/>
        </w:rPr>
        <w:t>Email</w:t>
      </w:r>
      <w:r w:rsidR="00E90508" w:rsidRPr="00CF6973">
        <w:rPr>
          <w:rFonts w:ascii="Arial" w:hAnsi="Arial" w:cs="Arial"/>
          <w:b/>
          <w:bCs/>
          <w:sz w:val="20"/>
          <w:szCs w:val="20"/>
          <w:lang w:val="es-ES"/>
        </w:rPr>
        <w:t>:</w:t>
      </w:r>
    </w:p>
    <w:p w14:paraId="14C96F34" w14:textId="48BD91DB" w:rsidR="005F067B" w:rsidRPr="00CF6973" w:rsidRDefault="005F067B">
      <w:pPr>
        <w:rPr>
          <w:rFonts w:ascii="Arial" w:hAnsi="Arial" w:cs="Arial"/>
          <w:b/>
          <w:bCs/>
          <w:sz w:val="20"/>
          <w:szCs w:val="20"/>
          <w:lang w:val="es-ES"/>
        </w:rPr>
      </w:pPr>
      <w:r w:rsidRPr="00CF6973">
        <w:rPr>
          <w:rFonts w:ascii="Arial" w:hAnsi="Arial" w:cs="Arial"/>
          <w:b/>
          <w:bCs/>
          <w:sz w:val="20"/>
          <w:szCs w:val="20"/>
          <w:lang w:val="es-ES"/>
        </w:rPr>
        <w:t>Teléfono</w:t>
      </w:r>
      <w:r w:rsidR="0097003F" w:rsidRPr="00CF6973">
        <w:rPr>
          <w:rFonts w:ascii="Arial" w:hAnsi="Arial" w:cs="Arial"/>
          <w:b/>
          <w:bCs/>
          <w:sz w:val="20"/>
          <w:szCs w:val="20"/>
          <w:lang w:val="es-ES"/>
        </w:rPr>
        <w:t>:</w:t>
      </w:r>
    </w:p>
    <w:p w14:paraId="0E8AB06D" w14:textId="2B91575A" w:rsidR="001C6579" w:rsidRPr="00CF6973" w:rsidRDefault="005F067B">
      <w:pPr>
        <w:rPr>
          <w:rFonts w:ascii="Arial" w:hAnsi="Arial" w:cs="Arial"/>
          <w:b/>
          <w:bCs/>
          <w:sz w:val="20"/>
          <w:szCs w:val="20"/>
          <w:lang w:val="es-ES"/>
        </w:rPr>
      </w:pPr>
      <w:r w:rsidRPr="00CF6973">
        <w:rPr>
          <w:rFonts w:ascii="Arial" w:hAnsi="Arial" w:cs="Arial"/>
          <w:b/>
          <w:bCs/>
          <w:sz w:val="20"/>
          <w:szCs w:val="20"/>
          <w:lang w:val="es-ES"/>
        </w:rPr>
        <w:t>DNI</w:t>
      </w:r>
      <w:r w:rsidR="0097003F" w:rsidRPr="00CF6973">
        <w:rPr>
          <w:rFonts w:ascii="Arial" w:hAnsi="Arial" w:cs="Arial"/>
          <w:b/>
          <w:bCs/>
          <w:sz w:val="20"/>
          <w:szCs w:val="20"/>
          <w:lang w:val="es-ES"/>
        </w:rPr>
        <w:t>:</w:t>
      </w:r>
    </w:p>
    <w:p w14:paraId="4BB2B261" w14:textId="3D24047A" w:rsidR="00E90508" w:rsidRDefault="007760C2">
      <w:pPr>
        <w:rPr>
          <w:rFonts w:ascii="Arial" w:hAnsi="Arial" w:cs="Arial"/>
          <w:sz w:val="20"/>
          <w:szCs w:val="20"/>
          <w:lang w:val="es-ES"/>
        </w:rPr>
      </w:pPr>
      <w:r w:rsidRPr="00E90508">
        <w:rPr>
          <w:rFonts w:ascii="Arial" w:hAnsi="Arial" w:cs="Arial"/>
          <w:sz w:val="20"/>
          <w:szCs w:val="20"/>
          <w:lang w:val="es-ES"/>
        </w:rPr>
        <w:t>En_______________________________________ a _________ de _________</w:t>
      </w:r>
      <w:r w:rsidR="00E90508">
        <w:rPr>
          <w:rFonts w:ascii="Arial" w:hAnsi="Arial" w:cs="Arial"/>
          <w:sz w:val="20"/>
          <w:szCs w:val="20"/>
          <w:lang w:val="es-ES"/>
        </w:rPr>
        <w:t>___</w:t>
      </w:r>
      <w:r w:rsidRPr="00E90508">
        <w:rPr>
          <w:rFonts w:ascii="Arial" w:hAnsi="Arial" w:cs="Arial"/>
          <w:sz w:val="20"/>
          <w:szCs w:val="20"/>
          <w:lang w:val="es-ES"/>
        </w:rPr>
        <w:t xml:space="preserve">___ </w:t>
      </w:r>
      <w:proofErr w:type="spellStart"/>
      <w:r w:rsidRPr="00E90508">
        <w:rPr>
          <w:rFonts w:ascii="Arial" w:hAnsi="Arial" w:cs="Arial"/>
          <w:sz w:val="20"/>
          <w:szCs w:val="20"/>
          <w:lang w:val="es-ES"/>
        </w:rPr>
        <w:t>de</w:t>
      </w:r>
      <w:proofErr w:type="spellEnd"/>
      <w:r w:rsidRPr="00E90508">
        <w:rPr>
          <w:rFonts w:ascii="Arial" w:hAnsi="Arial" w:cs="Arial"/>
          <w:sz w:val="20"/>
          <w:szCs w:val="20"/>
          <w:lang w:val="es-ES"/>
        </w:rPr>
        <w:t xml:space="preserve"> 202</w:t>
      </w:r>
      <w:r w:rsidR="00E90508" w:rsidRPr="00E90508">
        <w:rPr>
          <w:rFonts w:ascii="Arial" w:hAnsi="Arial" w:cs="Arial"/>
          <w:sz w:val="20"/>
          <w:szCs w:val="20"/>
          <w:lang w:val="es-ES"/>
        </w:rPr>
        <w:t>6</w:t>
      </w:r>
    </w:p>
    <w:p w14:paraId="29CCA140" w14:textId="77777777" w:rsidR="0097003F" w:rsidRPr="00E90508" w:rsidRDefault="0097003F">
      <w:pPr>
        <w:rPr>
          <w:rFonts w:ascii="Arial" w:hAnsi="Arial" w:cs="Arial"/>
          <w:sz w:val="20"/>
          <w:szCs w:val="20"/>
          <w:lang w:val="es-ES"/>
        </w:rPr>
      </w:pPr>
    </w:p>
    <w:p w14:paraId="326AF195" w14:textId="7FEE67F6" w:rsidR="00D97E4A" w:rsidRPr="00E90508" w:rsidRDefault="00801A13">
      <w:pPr>
        <w:rPr>
          <w:rFonts w:ascii="Arial" w:hAnsi="Arial" w:cs="Arial"/>
          <w:sz w:val="20"/>
          <w:szCs w:val="20"/>
          <w:lang w:val="es-ES"/>
        </w:rPr>
      </w:pPr>
      <w:r w:rsidRPr="00E90508">
        <w:rPr>
          <w:rFonts w:ascii="Arial" w:hAnsi="Arial" w:cs="Arial"/>
          <w:sz w:val="20"/>
          <w:szCs w:val="20"/>
          <w:lang w:val="es-ES"/>
        </w:rPr>
        <w:t>Firma del alumno/a</w:t>
      </w:r>
      <w:r w:rsidR="00E90508" w:rsidRPr="00E90508">
        <w:rPr>
          <w:rFonts w:ascii="Arial" w:hAnsi="Arial" w:cs="Arial"/>
          <w:sz w:val="20"/>
          <w:szCs w:val="20"/>
          <w:lang w:val="es-ES"/>
        </w:rPr>
        <w:t xml:space="preserve">                          </w:t>
      </w:r>
      <w:r w:rsidRPr="00E90508">
        <w:rPr>
          <w:rFonts w:ascii="Arial" w:hAnsi="Arial" w:cs="Arial"/>
          <w:sz w:val="20"/>
          <w:szCs w:val="20"/>
          <w:lang w:val="es-ES"/>
        </w:rPr>
        <w:t xml:space="preserve">   Firma del padre</w:t>
      </w:r>
      <w:r w:rsidR="00E90508" w:rsidRPr="00E90508">
        <w:rPr>
          <w:rFonts w:ascii="Arial" w:hAnsi="Arial" w:cs="Arial"/>
          <w:sz w:val="20"/>
          <w:szCs w:val="20"/>
          <w:lang w:val="es-ES"/>
        </w:rPr>
        <w:t xml:space="preserve">                       Firma de la madre</w:t>
      </w:r>
    </w:p>
    <w:sectPr w:rsidR="00D97E4A" w:rsidRPr="00E90508" w:rsidSect="00034616">
      <w:head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EBC893" w14:textId="77777777" w:rsidR="00EE1483" w:rsidRDefault="00EE1483" w:rsidP="00E90508">
      <w:pPr>
        <w:spacing w:after="0" w:line="240" w:lineRule="auto"/>
      </w:pPr>
      <w:r>
        <w:separator/>
      </w:r>
    </w:p>
  </w:endnote>
  <w:endnote w:type="continuationSeparator" w:id="0">
    <w:p w14:paraId="1E07E539" w14:textId="77777777" w:rsidR="00EE1483" w:rsidRDefault="00EE1483" w:rsidP="00E905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017E4E" w14:textId="77777777" w:rsidR="00EE1483" w:rsidRDefault="00EE1483" w:rsidP="00E90508">
      <w:pPr>
        <w:spacing w:after="0" w:line="240" w:lineRule="auto"/>
      </w:pPr>
      <w:r>
        <w:separator/>
      </w:r>
    </w:p>
  </w:footnote>
  <w:footnote w:type="continuationSeparator" w:id="0">
    <w:p w14:paraId="61EC3941" w14:textId="77777777" w:rsidR="00EE1483" w:rsidRDefault="00EE1483" w:rsidP="00E905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36A806" w14:textId="383068A2" w:rsidR="00E90508" w:rsidRDefault="00E90508">
    <w:pPr>
      <w:pStyle w:val="Encabezado"/>
    </w:pPr>
    <w:r>
      <w:rPr>
        <w:noProof/>
        <w:sz w:val="20"/>
      </w:rPr>
      <w:drawing>
        <wp:anchor distT="0" distB="0" distL="0" distR="0" simplePos="0" relativeHeight="251659264" behindDoc="1" locked="0" layoutInCell="1" allowOverlap="1" wp14:anchorId="342AD12A" wp14:editId="27D6E3A5">
          <wp:simplePos x="0" y="0"/>
          <wp:positionH relativeFrom="page">
            <wp:posOffset>2245995</wp:posOffset>
          </wp:positionH>
          <wp:positionV relativeFrom="page">
            <wp:posOffset>136185</wp:posOffset>
          </wp:positionV>
          <wp:extent cx="3409949" cy="7143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3409949" cy="71437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3FBD7182"/>
    <w:multiLevelType w:val="hybridMultilevel"/>
    <w:tmpl w:val="CDC2470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7959"/>
    <w:rsid w:val="00087CBD"/>
    <w:rsid w:val="000B747B"/>
    <w:rsid w:val="0015074B"/>
    <w:rsid w:val="00154E39"/>
    <w:rsid w:val="001A57CE"/>
    <w:rsid w:val="001C6579"/>
    <w:rsid w:val="00212027"/>
    <w:rsid w:val="00253A06"/>
    <w:rsid w:val="0029639D"/>
    <w:rsid w:val="00326F90"/>
    <w:rsid w:val="004025D4"/>
    <w:rsid w:val="004A55DF"/>
    <w:rsid w:val="004C69ED"/>
    <w:rsid w:val="004E059E"/>
    <w:rsid w:val="0052445F"/>
    <w:rsid w:val="0052476E"/>
    <w:rsid w:val="005F067B"/>
    <w:rsid w:val="007760C2"/>
    <w:rsid w:val="00801A13"/>
    <w:rsid w:val="00820F32"/>
    <w:rsid w:val="0097003F"/>
    <w:rsid w:val="009755B6"/>
    <w:rsid w:val="00AA1D8D"/>
    <w:rsid w:val="00B47730"/>
    <w:rsid w:val="00B5635C"/>
    <w:rsid w:val="00CB0664"/>
    <w:rsid w:val="00CC7258"/>
    <w:rsid w:val="00CF6973"/>
    <w:rsid w:val="00D97E4A"/>
    <w:rsid w:val="00DB4BE2"/>
    <w:rsid w:val="00E90508"/>
    <w:rsid w:val="00EE148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3E83A9"/>
  <w14:defaultImageDpi w14:val="300"/>
  <w15:docId w15:val="{FC5A97BA-2AD2-2D47-A0B1-26FEABA47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extodeglobo">
    <w:name w:val="Balloon Text"/>
    <w:basedOn w:val="Normal"/>
    <w:link w:val="TextodegloboCar"/>
    <w:uiPriority w:val="99"/>
    <w:semiHidden/>
    <w:unhideWhenUsed/>
    <w:rsid w:val="004A55DF"/>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A55DF"/>
    <w:rPr>
      <w:rFonts w:ascii="Times New Roman" w:hAnsi="Times New Roman" w:cs="Times New Roman"/>
      <w:sz w:val="18"/>
      <w:szCs w:val="18"/>
    </w:rPr>
  </w:style>
  <w:style w:type="character" w:styleId="Hipervnculo">
    <w:name w:val="Hyperlink"/>
    <w:basedOn w:val="Fuentedeprrafopredeter"/>
    <w:uiPriority w:val="99"/>
    <w:unhideWhenUsed/>
    <w:rsid w:val="00DB4BE2"/>
    <w:rPr>
      <w:color w:val="0000FF" w:themeColor="hyperlink"/>
      <w:u w:val="single"/>
    </w:rPr>
  </w:style>
  <w:style w:type="character" w:styleId="Mencinsinresolver">
    <w:name w:val="Unresolved Mention"/>
    <w:basedOn w:val="Fuentedeprrafopredeter"/>
    <w:uiPriority w:val="99"/>
    <w:semiHidden/>
    <w:unhideWhenUsed/>
    <w:rsid w:val="00DB4B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0923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eva.santom.1@educa.jcyl.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758340-B173-3848-A8F1-9374148F7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315</Words>
  <Characters>1733</Characters>
  <Application>Microsoft Office Word</Application>
  <DocSecurity>0</DocSecurity>
  <Lines>14</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2044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EVA SANCHEZ TOME</cp:lastModifiedBy>
  <cp:revision>16</cp:revision>
  <cp:lastPrinted>2025-09-22T10:47:00Z</cp:lastPrinted>
  <dcterms:created xsi:type="dcterms:W3CDTF">2025-09-22T10:47:00Z</dcterms:created>
  <dcterms:modified xsi:type="dcterms:W3CDTF">2026-05-12T10:53:00Z</dcterms:modified>
  <cp:category/>
</cp:coreProperties>
</file>