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A3602" w14:textId="5BDEDE9F" w:rsidR="000B747B" w:rsidRDefault="000B747B" w:rsidP="007760C2">
      <w:pPr>
        <w:pStyle w:val="Ttulo1"/>
        <w:jc w:val="center"/>
        <w:rPr>
          <w:lang w:val="es-ES"/>
        </w:rPr>
      </w:pPr>
      <w:r w:rsidRPr="000B747B">
        <w:rPr>
          <w:noProof/>
          <w:lang w:val="es-ES"/>
        </w:rPr>
        <w:drawing>
          <wp:inline distT="0" distB="0" distL="0" distR="0" wp14:anchorId="100F73AC" wp14:editId="74956588">
            <wp:extent cx="5486400" cy="653415"/>
            <wp:effectExtent l="0" t="0" r="0" b="0"/>
            <wp:docPr id="46645704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45704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5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C15EC" w14:textId="1B23622E" w:rsidR="00D97E4A" w:rsidRPr="007760C2" w:rsidRDefault="00801A13" w:rsidP="007760C2">
      <w:pPr>
        <w:pStyle w:val="Ttulo1"/>
        <w:jc w:val="center"/>
        <w:rPr>
          <w:lang w:val="es-ES"/>
        </w:rPr>
      </w:pPr>
      <w:r w:rsidRPr="007760C2">
        <w:rPr>
          <w:lang w:val="es-ES"/>
        </w:rPr>
        <w:t xml:space="preserve">INTERCAMBIO CON </w:t>
      </w:r>
      <w:r w:rsidR="004C69ED">
        <w:rPr>
          <w:lang w:val="es-ES"/>
        </w:rPr>
        <w:t>PLEYBEN (FRANCIA</w:t>
      </w:r>
      <w:r w:rsidRPr="007760C2">
        <w:rPr>
          <w:lang w:val="es-ES"/>
        </w:rPr>
        <w:t>) – PROGRAMA ERASMUS+</w:t>
      </w:r>
    </w:p>
    <w:p w14:paraId="7C11AE16" w14:textId="6800F826" w:rsidR="007760C2" w:rsidRPr="007760C2" w:rsidRDefault="007760C2">
      <w:pPr>
        <w:rPr>
          <w:lang w:val="es-ES"/>
        </w:rPr>
      </w:pPr>
    </w:p>
    <w:p w14:paraId="0FD35D51" w14:textId="40362481" w:rsidR="004C69ED" w:rsidRDefault="00801A13">
      <w:pPr>
        <w:rPr>
          <w:lang w:val="es-ES"/>
        </w:rPr>
      </w:pPr>
      <w:r w:rsidRPr="007760C2">
        <w:rPr>
          <w:lang w:val="es-ES"/>
        </w:rPr>
        <w:t xml:space="preserve">Estimados alumnos de </w:t>
      </w:r>
      <w:r w:rsidR="004C69ED">
        <w:rPr>
          <w:lang w:val="es-ES"/>
        </w:rPr>
        <w:t>3</w:t>
      </w:r>
      <w:r w:rsidRPr="007760C2">
        <w:rPr>
          <w:lang w:val="es-ES"/>
        </w:rPr>
        <w:t>º</w:t>
      </w:r>
      <w:r w:rsidR="004C69ED">
        <w:rPr>
          <w:lang w:val="es-ES"/>
        </w:rPr>
        <w:t xml:space="preserve"> Y 4º</w:t>
      </w:r>
      <w:r w:rsidRPr="007760C2">
        <w:rPr>
          <w:lang w:val="es-ES"/>
        </w:rPr>
        <w:t xml:space="preserve"> </w:t>
      </w:r>
      <w:r w:rsidR="004C69ED">
        <w:rPr>
          <w:lang w:val="es-ES"/>
        </w:rPr>
        <w:t xml:space="preserve">ESO. </w:t>
      </w:r>
      <w:r w:rsidRPr="007760C2">
        <w:rPr>
          <w:lang w:val="es-ES"/>
        </w:rPr>
        <w:br/>
      </w:r>
      <w:r w:rsidRPr="007760C2">
        <w:rPr>
          <w:lang w:val="es-ES"/>
        </w:rPr>
        <w:br/>
        <w:t xml:space="preserve">Desde el IES Aravalle nos complace anunciar que este curso vamos a llevar a cabo un intercambio escolar con </w:t>
      </w:r>
      <w:r w:rsidR="004C69ED">
        <w:rPr>
          <w:b/>
          <w:bCs/>
          <w:lang w:val="es-ES"/>
        </w:rPr>
        <w:t>Pleyben</w:t>
      </w:r>
      <w:r w:rsidRPr="007760C2">
        <w:rPr>
          <w:lang w:val="es-ES"/>
        </w:rPr>
        <w:t xml:space="preserve"> (</w:t>
      </w:r>
      <w:r w:rsidR="004C69ED">
        <w:rPr>
          <w:lang w:val="es-ES"/>
        </w:rPr>
        <w:t>Francia</w:t>
      </w:r>
      <w:r w:rsidRPr="007760C2">
        <w:rPr>
          <w:lang w:val="es-ES"/>
        </w:rPr>
        <w:t xml:space="preserve">), dentro del programa </w:t>
      </w:r>
      <w:r w:rsidRPr="007760C2">
        <w:rPr>
          <w:b/>
          <w:bCs/>
          <w:lang w:val="es-ES"/>
        </w:rPr>
        <w:t>Erasmus+</w:t>
      </w:r>
      <w:r w:rsidR="004A55DF">
        <w:rPr>
          <w:lang w:val="es-ES"/>
        </w:rPr>
        <w:t>, en las siguientes fechas:</w:t>
      </w:r>
      <w:r w:rsidRPr="007760C2">
        <w:rPr>
          <w:lang w:val="es-ES"/>
        </w:rPr>
        <w:br/>
      </w:r>
      <w:r w:rsidRPr="007760C2">
        <w:rPr>
          <w:lang w:val="es-ES"/>
        </w:rPr>
        <w:br/>
      </w:r>
      <w:r w:rsidR="004C69ED" w:rsidRPr="007760C2">
        <w:rPr>
          <w:lang w:val="es-ES"/>
        </w:rPr>
        <w:t xml:space="preserve">- </w:t>
      </w:r>
      <w:r w:rsidR="004C69ED" w:rsidRPr="004A55DF">
        <w:rPr>
          <w:b/>
          <w:bCs/>
          <w:lang w:val="es-ES"/>
        </w:rPr>
        <w:t xml:space="preserve">Visita de los alumnos </w:t>
      </w:r>
      <w:r w:rsidR="004C69ED">
        <w:rPr>
          <w:b/>
          <w:bCs/>
          <w:lang w:val="es-ES"/>
        </w:rPr>
        <w:t>franceses</w:t>
      </w:r>
      <w:r w:rsidR="004C69ED" w:rsidRPr="004A55DF">
        <w:rPr>
          <w:b/>
          <w:bCs/>
          <w:lang w:val="es-ES"/>
        </w:rPr>
        <w:t xml:space="preserve"> a El Barco de Ávila:</w:t>
      </w:r>
      <w:r w:rsidR="004C69ED" w:rsidRPr="007760C2">
        <w:rPr>
          <w:lang w:val="es-ES"/>
        </w:rPr>
        <w:t xml:space="preserve"> </w:t>
      </w:r>
      <w:r w:rsidR="004C69ED">
        <w:rPr>
          <w:lang w:val="es-ES"/>
        </w:rPr>
        <w:t xml:space="preserve">estimamos que la segunda o tercera semana de diciembre de 2025. </w:t>
      </w:r>
    </w:p>
    <w:p w14:paraId="6A52DB9C" w14:textId="77777777" w:rsidR="004C69ED" w:rsidRDefault="00801A13">
      <w:pPr>
        <w:rPr>
          <w:lang w:val="es-ES"/>
        </w:rPr>
      </w:pPr>
      <w:r w:rsidRPr="007760C2">
        <w:rPr>
          <w:lang w:val="es-ES"/>
        </w:rPr>
        <w:t xml:space="preserve">- </w:t>
      </w:r>
      <w:r w:rsidRPr="004A55DF">
        <w:rPr>
          <w:b/>
          <w:bCs/>
          <w:lang w:val="es-ES"/>
        </w:rPr>
        <w:t xml:space="preserve">Viaje </w:t>
      </w:r>
      <w:r w:rsidR="004A55DF" w:rsidRPr="004A55DF">
        <w:rPr>
          <w:b/>
          <w:bCs/>
          <w:lang w:val="es-ES"/>
        </w:rPr>
        <w:t xml:space="preserve">de nuestros alumnos </w:t>
      </w:r>
      <w:r w:rsidRPr="004A55DF">
        <w:rPr>
          <w:b/>
          <w:bCs/>
          <w:lang w:val="es-ES"/>
        </w:rPr>
        <w:t xml:space="preserve">a </w:t>
      </w:r>
      <w:r w:rsidR="004C69ED">
        <w:rPr>
          <w:b/>
          <w:bCs/>
          <w:lang w:val="es-ES"/>
        </w:rPr>
        <w:t>Pleyben</w:t>
      </w:r>
      <w:r w:rsidRPr="004A55DF">
        <w:rPr>
          <w:b/>
          <w:bCs/>
          <w:lang w:val="es-ES"/>
        </w:rPr>
        <w:t>:</w:t>
      </w:r>
      <w:r w:rsidRPr="007760C2">
        <w:rPr>
          <w:lang w:val="es-ES"/>
        </w:rPr>
        <w:t xml:space="preserve"> </w:t>
      </w:r>
      <w:r w:rsidR="004C69ED">
        <w:rPr>
          <w:lang w:val="es-ES"/>
        </w:rPr>
        <w:t>estimamos que en marzo o en abril</w:t>
      </w:r>
      <w:r w:rsidRPr="007760C2">
        <w:rPr>
          <w:lang w:val="es-ES"/>
        </w:rPr>
        <w:t xml:space="preserve"> de 2026</w:t>
      </w:r>
      <w:r w:rsidRPr="007760C2">
        <w:rPr>
          <w:lang w:val="es-ES"/>
        </w:rPr>
        <w:br/>
      </w:r>
      <w:r w:rsidRPr="007760C2">
        <w:rPr>
          <w:lang w:val="es-ES"/>
        </w:rPr>
        <w:br/>
      </w:r>
      <w:r w:rsidR="007760C2">
        <w:rPr>
          <w:lang w:val="es-ES"/>
        </w:rPr>
        <w:t xml:space="preserve">- </w:t>
      </w:r>
      <w:r w:rsidRPr="007760C2">
        <w:rPr>
          <w:b/>
          <w:bCs/>
          <w:lang w:val="es-ES"/>
        </w:rPr>
        <w:t>Plazas disponibles</w:t>
      </w:r>
      <w:r w:rsidRPr="007760C2">
        <w:rPr>
          <w:lang w:val="es-ES"/>
        </w:rPr>
        <w:t xml:space="preserve">: </w:t>
      </w:r>
    </w:p>
    <w:p w14:paraId="1D509434" w14:textId="375245F7" w:rsidR="004C69ED" w:rsidRDefault="004C69ED" w:rsidP="004C69ED">
      <w:pPr>
        <w:pStyle w:val="Prrafodelista"/>
        <w:numPr>
          <w:ilvl w:val="0"/>
          <w:numId w:val="10"/>
        </w:numPr>
        <w:rPr>
          <w:lang w:val="es-ES"/>
        </w:rPr>
      </w:pPr>
      <w:r w:rsidRPr="004C69ED">
        <w:rPr>
          <w:lang w:val="es-ES"/>
        </w:rPr>
        <w:t>20</w:t>
      </w:r>
      <w:r w:rsidR="00801A13" w:rsidRPr="004C69ED">
        <w:rPr>
          <w:lang w:val="es-ES"/>
        </w:rPr>
        <w:t xml:space="preserve"> alumnos de </w:t>
      </w:r>
      <w:r w:rsidRPr="004C69ED">
        <w:rPr>
          <w:lang w:val="es-ES"/>
        </w:rPr>
        <w:t>3</w:t>
      </w:r>
      <w:r w:rsidR="00801A13" w:rsidRPr="004C69ED">
        <w:rPr>
          <w:lang w:val="es-ES"/>
        </w:rPr>
        <w:t>º</w:t>
      </w:r>
      <w:r w:rsidRPr="004C69ED">
        <w:rPr>
          <w:lang w:val="es-ES"/>
        </w:rPr>
        <w:t xml:space="preserve"> y 4º ESO para una semana de movilidad </w:t>
      </w:r>
    </w:p>
    <w:p w14:paraId="326A8500" w14:textId="0E2FE2E8" w:rsidR="004C69ED" w:rsidRPr="004C69ED" w:rsidRDefault="004C69ED" w:rsidP="004C69ED">
      <w:pPr>
        <w:pStyle w:val="Prrafodelista"/>
        <w:numPr>
          <w:ilvl w:val="0"/>
          <w:numId w:val="10"/>
        </w:numPr>
        <w:rPr>
          <w:lang w:val="es-ES"/>
        </w:rPr>
      </w:pPr>
      <w:r>
        <w:rPr>
          <w:lang w:val="es-ES"/>
        </w:rPr>
        <w:t xml:space="preserve">4 alumnos de 3º y 4º ESO para una movilidad de 40 días </w:t>
      </w:r>
    </w:p>
    <w:p w14:paraId="70C93A27" w14:textId="77777777" w:rsidR="00DB4BE2" w:rsidRDefault="00801A13" w:rsidP="00DB4BE2">
      <w:pPr>
        <w:rPr>
          <w:lang w:val="es-ES"/>
        </w:rPr>
      </w:pPr>
      <w:r w:rsidRPr="007760C2">
        <w:rPr>
          <w:lang w:val="es-ES"/>
        </w:rPr>
        <w:br/>
      </w:r>
      <w:r w:rsidR="007760C2" w:rsidRPr="007760C2">
        <w:rPr>
          <w:lang w:val="es-ES"/>
        </w:rPr>
        <w:t>-</w:t>
      </w:r>
      <w:r w:rsidRPr="007760C2">
        <w:rPr>
          <w:lang w:val="es-ES"/>
        </w:rPr>
        <w:t xml:space="preserve"> </w:t>
      </w:r>
      <w:r w:rsidRPr="007760C2">
        <w:rPr>
          <w:b/>
          <w:bCs/>
          <w:lang w:val="es-ES"/>
        </w:rPr>
        <w:t>Selección:</w:t>
      </w:r>
      <w:r w:rsidRPr="007760C2">
        <w:rPr>
          <w:lang w:val="es-ES"/>
        </w:rPr>
        <w:t xml:space="preserve"> en caso de que haya más solicitudes que plazas, se realizará un proceso de selección.</w:t>
      </w:r>
      <w:r w:rsidR="004C69ED">
        <w:rPr>
          <w:lang w:val="es-ES"/>
        </w:rPr>
        <w:t xml:space="preserve"> </w:t>
      </w:r>
    </w:p>
    <w:p w14:paraId="2374A2E7" w14:textId="1DB4F437" w:rsidR="00D97E4A" w:rsidRPr="004A55DF" w:rsidRDefault="00801A13" w:rsidP="00DB4BE2">
      <w:pPr>
        <w:rPr>
          <w:b/>
          <w:bCs/>
          <w:lang w:val="es-ES"/>
        </w:rPr>
      </w:pPr>
      <w:r w:rsidRPr="007760C2">
        <w:rPr>
          <w:lang w:val="es-ES"/>
        </w:rPr>
        <w:t>────────────────────────────────────────────────────────────</w:t>
      </w:r>
    </w:p>
    <w:p w14:paraId="4C9A3775" w14:textId="7EFC0F2E" w:rsidR="007760C2" w:rsidRDefault="007760C2" w:rsidP="007760C2">
      <w:pPr>
        <w:pStyle w:val="Ttulo2"/>
        <w:rPr>
          <w:lang w:val="es-ES"/>
        </w:rPr>
      </w:pPr>
      <w:r>
        <w:rPr>
          <w:lang w:val="es-ES"/>
        </w:rPr>
        <w:t>I</w:t>
      </w:r>
      <w:r w:rsidR="00801A13" w:rsidRPr="007760C2">
        <w:rPr>
          <w:lang w:val="es-ES"/>
        </w:rPr>
        <w:t>n</w:t>
      </w:r>
      <w:r w:rsidR="00801A13">
        <w:rPr>
          <w:lang w:val="es-ES"/>
        </w:rPr>
        <w:t xml:space="preserve">scripción (hasta el </w:t>
      </w:r>
      <w:r w:rsidR="004C69ED">
        <w:rPr>
          <w:lang w:val="es-ES"/>
        </w:rPr>
        <w:t>3</w:t>
      </w:r>
      <w:r w:rsidR="00801A13">
        <w:rPr>
          <w:lang w:val="es-ES"/>
        </w:rPr>
        <w:t xml:space="preserve"> de </w:t>
      </w:r>
      <w:r w:rsidR="004C69ED">
        <w:rPr>
          <w:lang w:val="es-ES"/>
        </w:rPr>
        <w:t>octubre</w:t>
      </w:r>
      <w:r w:rsidR="00801A13">
        <w:rPr>
          <w:lang w:val="es-ES"/>
        </w:rPr>
        <w:t>)</w:t>
      </w:r>
      <w:r w:rsidR="009755B6">
        <w:rPr>
          <w:lang w:val="es-ES"/>
        </w:rPr>
        <w:t xml:space="preserve"> – entregar a </w:t>
      </w:r>
      <w:r w:rsidR="009755B6" w:rsidRPr="009755B6">
        <w:rPr>
          <w:lang w:val="es-ES"/>
        </w:rPr>
        <w:t>Judith Cascón Vicente</w:t>
      </w:r>
      <w:r w:rsidR="009755B6">
        <w:rPr>
          <w:lang w:val="es-ES"/>
        </w:rPr>
        <w:t xml:space="preserve"> (profesora de francés)</w:t>
      </w:r>
      <w:r w:rsidR="00DB4BE2">
        <w:rPr>
          <w:lang w:val="es-ES"/>
        </w:rPr>
        <w:t xml:space="preserve"> – si se envía algún vídeo, antes del 3 de octubre a </w:t>
      </w:r>
      <w:hyperlink r:id="rId7" w:history="1">
        <w:r w:rsidR="00DB4BE2" w:rsidRPr="00392821">
          <w:rPr>
            <w:rStyle w:val="Hipervnculo"/>
            <w:lang w:val="es-ES"/>
          </w:rPr>
          <w:t>judith.casvic@educa.jcyl.es</w:t>
        </w:r>
      </w:hyperlink>
      <w:r w:rsidR="00DB4BE2">
        <w:rPr>
          <w:lang w:val="es-ES"/>
        </w:rPr>
        <w:t xml:space="preserve"> </w:t>
      </w:r>
    </w:p>
    <w:p w14:paraId="534E5E8A" w14:textId="77777777" w:rsidR="007760C2" w:rsidRPr="00801A13" w:rsidRDefault="007760C2" w:rsidP="007760C2">
      <w:pPr>
        <w:rPr>
          <w:sz w:val="10"/>
          <w:szCs w:val="10"/>
          <w:lang w:val="es-ES"/>
        </w:rPr>
      </w:pPr>
    </w:p>
    <w:p w14:paraId="008DC893" w14:textId="77777777" w:rsidR="00D97E4A" w:rsidRPr="007760C2" w:rsidRDefault="00801A13">
      <w:pPr>
        <w:rPr>
          <w:lang w:val="es-ES"/>
        </w:rPr>
      </w:pPr>
      <w:r w:rsidRPr="007760C2">
        <w:rPr>
          <w:lang w:val="es-ES"/>
        </w:rPr>
        <w:t>Nombre y apellidos: ________________________________________________</w:t>
      </w:r>
    </w:p>
    <w:p w14:paraId="5A546D38" w14:textId="67195AA6" w:rsidR="00D97E4A" w:rsidRDefault="00801A13">
      <w:pPr>
        <w:rPr>
          <w:lang w:val="es-ES"/>
        </w:rPr>
      </w:pPr>
      <w:r w:rsidRPr="007760C2">
        <w:rPr>
          <w:lang w:val="es-ES"/>
        </w:rPr>
        <w:t xml:space="preserve">Estoy interesado/a en participar en el intercambio con </w:t>
      </w:r>
      <w:r w:rsidR="004C69ED">
        <w:rPr>
          <w:lang w:val="es-ES"/>
        </w:rPr>
        <w:t>Pleyben</w:t>
      </w:r>
      <w:r w:rsidRPr="007760C2">
        <w:rPr>
          <w:lang w:val="es-ES"/>
        </w:rPr>
        <w:t xml:space="preserve"> (</w:t>
      </w:r>
      <w:r w:rsidR="004C69ED">
        <w:rPr>
          <w:lang w:val="es-ES"/>
        </w:rPr>
        <w:t>Francia</w:t>
      </w:r>
      <w:r w:rsidRPr="007760C2">
        <w:rPr>
          <w:lang w:val="es-ES"/>
        </w:rPr>
        <w:t>).</w:t>
      </w:r>
    </w:p>
    <w:p w14:paraId="2ED9B393" w14:textId="77777777" w:rsidR="001C6579" w:rsidRDefault="001C6579">
      <w:pPr>
        <w:rPr>
          <w:lang w:val="es-ES"/>
        </w:rPr>
      </w:pPr>
    </w:p>
    <w:p w14:paraId="2F768FA6" w14:textId="77777777" w:rsidR="001C6579" w:rsidRDefault="001C6579">
      <w:pPr>
        <w:rPr>
          <w:lang w:val="es-ES"/>
        </w:rPr>
      </w:pPr>
    </w:p>
    <w:p w14:paraId="644D0DFC" w14:textId="77777777" w:rsidR="001C6579" w:rsidRDefault="001C6579">
      <w:pPr>
        <w:rPr>
          <w:lang w:val="es-ES"/>
        </w:rPr>
      </w:pPr>
    </w:p>
    <w:p w14:paraId="58184C4A" w14:textId="77777777" w:rsidR="001C6579" w:rsidRDefault="001C6579">
      <w:pPr>
        <w:rPr>
          <w:lang w:val="es-ES"/>
        </w:rPr>
      </w:pPr>
    </w:p>
    <w:p w14:paraId="4F4E6B04" w14:textId="1E2EC081" w:rsidR="001C6579" w:rsidRDefault="001C6579">
      <w:pPr>
        <w:rPr>
          <w:lang w:val="es-ES"/>
        </w:rPr>
      </w:pPr>
      <w:r w:rsidRPr="001C6579">
        <w:rPr>
          <w:lang w:val="es-ES"/>
        </w:rPr>
        <w:drawing>
          <wp:inline distT="0" distB="0" distL="0" distR="0" wp14:anchorId="029BCAF7" wp14:editId="315DBC66">
            <wp:extent cx="5486400" cy="2312670"/>
            <wp:effectExtent l="0" t="0" r="0" b="0"/>
            <wp:docPr id="534325166" name="Imagen 1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325166" name="Imagen 1" descr="Tabla&#10;&#10;El contenido generado por IA puede ser incorrec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12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AB06D" w14:textId="77777777" w:rsidR="001C6579" w:rsidRPr="007760C2" w:rsidRDefault="001C6579">
      <w:pPr>
        <w:rPr>
          <w:lang w:val="es-ES"/>
        </w:rPr>
      </w:pPr>
    </w:p>
    <w:p w14:paraId="73EED190" w14:textId="77777777" w:rsidR="007760C2" w:rsidRDefault="007760C2">
      <w:pPr>
        <w:rPr>
          <w:lang w:val="es-ES"/>
        </w:rPr>
      </w:pPr>
      <w:r>
        <w:rPr>
          <w:lang w:val="es-ES"/>
        </w:rPr>
        <w:t>En_________________________________________________ a ____________ de __________________ de 2025</w:t>
      </w:r>
    </w:p>
    <w:p w14:paraId="5B60FA30" w14:textId="77777777" w:rsidR="00801A13" w:rsidRDefault="00801A13">
      <w:pPr>
        <w:rPr>
          <w:lang w:val="es-ES"/>
        </w:rPr>
      </w:pPr>
    </w:p>
    <w:p w14:paraId="326AF195" w14:textId="77777777" w:rsidR="00D97E4A" w:rsidRPr="007760C2" w:rsidRDefault="00801A13">
      <w:pPr>
        <w:rPr>
          <w:lang w:val="es-ES"/>
        </w:rPr>
      </w:pPr>
      <w:r w:rsidRPr="007760C2">
        <w:rPr>
          <w:lang w:val="es-ES"/>
        </w:rPr>
        <w:t>Firma del alumno/a: ____________________</w:t>
      </w:r>
      <w:r w:rsidR="007760C2">
        <w:rPr>
          <w:lang w:val="es-ES"/>
        </w:rPr>
        <w:t xml:space="preserve">   </w:t>
      </w:r>
      <w:r>
        <w:rPr>
          <w:lang w:val="es-ES"/>
        </w:rPr>
        <w:t xml:space="preserve">  </w:t>
      </w:r>
      <w:r w:rsidRPr="007760C2">
        <w:rPr>
          <w:lang w:val="es-ES"/>
        </w:rPr>
        <w:t>Firma del padre/madre/tutor/a: ____________________</w:t>
      </w:r>
    </w:p>
    <w:sectPr w:rsidR="00D97E4A" w:rsidRPr="007760C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FBD7182"/>
    <w:multiLevelType w:val="hybridMultilevel"/>
    <w:tmpl w:val="CDC2470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50330058">
    <w:abstractNumId w:val="8"/>
  </w:num>
  <w:num w:numId="2" w16cid:durableId="280770288">
    <w:abstractNumId w:val="6"/>
  </w:num>
  <w:num w:numId="3" w16cid:durableId="794451003">
    <w:abstractNumId w:val="5"/>
  </w:num>
  <w:num w:numId="4" w16cid:durableId="2097166331">
    <w:abstractNumId w:val="4"/>
  </w:num>
  <w:num w:numId="5" w16cid:durableId="493953661">
    <w:abstractNumId w:val="7"/>
  </w:num>
  <w:num w:numId="6" w16cid:durableId="1148204883">
    <w:abstractNumId w:val="3"/>
  </w:num>
  <w:num w:numId="7" w16cid:durableId="564952425">
    <w:abstractNumId w:val="2"/>
  </w:num>
  <w:num w:numId="8" w16cid:durableId="1137379448">
    <w:abstractNumId w:val="1"/>
  </w:num>
  <w:num w:numId="9" w16cid:durableId="1704278">
    <w:abstractNumId w:val="0"/>
  </w:num>
  <w:num w:numId="10" w16cid:durableId="18430084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7CBD"/>
    <w:rsid w:val="000B747B"/>
    <w:rsid w:val="0015074B"/>
    <w:rsid w:val="001C6579"/>
    <w:rsid w:val="00253A06"/>
    <w:rsid w:val="0029639D"/>
    <w:rsid w:val="00326F90"/>
    <w:rsid w:val="004A55DF"/>
    <w:rsid w:val="004C69ED"/>
    <w:rsid w:val="007760C2"/>
    <w:rsid w:val="00801A13"/>
    <w:rsid w:val="009755B6"/>
    <w:rsid w:val="00AA1D8D"/>
    <w:rsid w:val="00B47730"/>
    <w:rsid w:val="00CB0664"/>
    <w:rsid w:val="00D97E4A"/>
    <w:rsid w:val="00DB4BE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3E83A9"/>
  <w14:defaultImageDpi w14:val="300"/>
  <w15:docId w15:val="{FC5A97BA-2AD2-2D47-A0B1-26FEABA4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4A55D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55DF"/>
    <w:rPr>
      <w:rFonts w:ascii="Times New Roman" w:hAnsi="Times New Roman" w:cs="Times New Roman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4BE2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B4B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mailto:judith.casvic@educa.jcyl.e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A758340-B173-3848-A8F1-9374148F7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JUDITH CASCON VICENTE</cp:lastModifiedBy>
  <cp:revision>8</cp:revision>
  <cp:lastPrinted>2025-09-22T10:47:00Z</cp:lastPrinted>
  <dcterms:created xsi:type="dcterms:W3CDTF">2025-09-22T10:47:00Z</dcterms:created>
  <dcterms:modified xsi:type="dcterms:W3CDTF">2025-09-25T09:33:00Z</dcterms:modified>
  <cp:category/>
</cp:coreProperties>
</file>